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28"/>
        </w:rPr>
        <w:t>Mise en demeure — Logement non décent</w:t>
      </w:r>
    </w:p>
    <w:p>
      <w:r>
        <w:t>[Prénom Nom]</w:t>
      </w:r>
    </w:p>
    <w:p>
      <w:r>
        <w:t>[Adresse du logement loué]</w:t>
      </w:r>
    </w:p>
    <w:p>
      <w:r>
        <w:t>[Code postal] [Ville]</w:t>
      </w:r>
    </w:p>
    <w:p/>
    <w:p>
      <w:r>
        <w:t>[Nom du propriétaire ou de l'agence]</w:t>
      </w:r>
    </w:p>
    <w:p>
      <w:r>
        <w:t>[Adresse]</w:t>
      </w:r>
    </w:p>
    <w:p/>
    <w:p>
      <w:r>
        <w:t>À [Ville], le [Date]</w:t>
      </w:r>
    </w:p>
    <w:p/>
    <w:p>
      <w:r>
        <w:rPr>
          <w:b/>
        </w:rPr>
        <w:t>Objet : Mise en demeure — Logement non conforme aux caractéristiques de décence (recommandé avec accusé de réception)</w:t>
      </w:r>
    </w:p>
    <w:p/>
    <w:p>
      <w:r>
        <w:t>Madame, Monsieur,</w:t>
      </w:r>
    </w:p>
    <w:p/>
    <w:p>
      <w:r>
        <w:t>Locataire du logement situé à l'adresse ci-dessus depuis le [date], je vous informe que celui-ci ne répond pas aux caractéristiques de décence fixées par le décret n°2002-120 du 30 janvier 2002, pris pour l'application de l'article 6 de la loi du 6 juillet 1989.</w:t>
      </w:r>
    </w:p>
    <w:p/>
    <w:p>
      <w:r>
        <w:t>Je constate en effet : [préciser : absence de chauffage fonctionnel, infiltrations d'eau, installation électrique dangereuse, absence de sanitaires, autre]. Ce défaut est constaté depuis le [date] et je vous en avais déjà averti par [message du, appel du, échange du].</w:t>
      </w:r>
    </w:p>
    <w:p/>
    <w:p>
      <w:r>
        <w:t>Je vous mets en demeure de faire réaliser les travaux nécessaires à la mise en conformité du logement dans un délai de [30 jours / délai raisonnable], à compter de la réception de ce courrier. À défaut, je me réserve le droit de saisir la commission départementale de conciliation, puis le tribunal judiciaire compétent, afin d'obtenir l'exécution des travaux, une réduction de loyer et, le cas échéant, réparation du préjudice subi.</w:t>
      </w:r>
    </w:p>
    <w:p/>
    <w:p>
      <w:r>
        <w:t>Je vous prie d'agréer, Madame, Monsieur, l'expression de mes salutations distinguées.</w:t>
      </w:r>
    </w:p>
    <w:p/>
    <w:p>
      <w:r>
        <w:t>[Signature]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