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sz w:val="28"/>
        </w:rPr>
        <w:t>Signalement — Logement insalubre</w:t>
      </w:r>
    </w:p>
    <w:p>
      <w:r>
        <w:t>[Prénom Nom]</w:t>
      </w:r>
    </w:p>
    <w:p>
      <w:r>
        <w:t>[Adresse du logement loué]</w:t>
      </w:r>
    </w:p>
    <w:p>
      <w:r>
        <w:t>[Code postal] [Ville]</w:t>
      </w:r>
    </w:p>
    <w:p/>
    <w:p>
      <w:r>
        <w:t>Service Communal d'Hygiène et de Santé / Agence Régionale de Santé de [département]</w:t>
      </w:r>
    </w:p>
    <w:p>
      <w:r>
        <w:t>[Adresse]</w:t>
      </w:r>
    </w:p>
    <w:p/>
    <w:p>
      <w:r>
        <w:t>À [Ville], le [Date]</w:t>
      </w:r>
    </w:p>
    <w:p/>
    <w:p>
      <w:r>
        <w:rPr>
          <w:b/>
        </w:rPr>
        <w:t>Objet : Signalement d'un logement insalubre — Demande d'enquête et d'arrêté préfectoral</w:t>
      </w:r>
    </w:p>
    <w:p/>
    <w:p>
      <w:r>
        <w:t>Madame, Monsieur,</w:t>
      </w:r>
    </w:p>
    <w:p/>
    <w:p>
      <w:r>
        <w:t>Je vous signale par la présente l'état du logement que j'occupe en location à l'adresse ci-dessus, qui présente selon moi un risque pour la santé ou la sécurité des occupants au sens des articles L.1331-1 et suivants du Code de la santé publique.</w:t>
      </w:r>
    </w:p>
    <w:p/>
    <w:p>
      <w:r>
        <w:t>Les désordres constatés sont les suivants : [préciser : humidité structurelle importante, moisissures étendues, absence de ventilation, installation électrique dangereuse, risque d'effondrement, présence de nuisibles, autre], depuis le [date].</w:t>
      </w:r>
    </w:p>
    <w:p/>
    <w:p>
      <w:r>
        <w:t>Je vous joins à ce courrier [photographies datées, constat, courriers déjà adressés au propriétaire, avis médical le cas échéant] et vous demande de bien vouloir diligenter une enquête sanitaire en vue, le cas échéant, de la prise d'un arrêté d'insalubrité par le représentant de l'État dans le département.</w:t>
      </w:r>
    </w:p>
    <w:p/>
    <w:p>
      <w:r>
        <w:t>Je vous prie d'agréer, Madame, Monsieur, l'expression de mes salutations distinguées.</w:t>
      </w:r>
    </w:p>
    <w:p/>
    <w:p>
      <w:r>
        <w:t>[Signature]</w:t>
      </w:r>
    </w:p>
    <w:sectPr w:rsidR="00FC693F" w:rsidRPr="0006063C" w:rsidSect="00034616">
      <w:pgSz w:w="12240" w:h="15840"/>
      <w:pgMar w:top="1134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