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Demande d'augmentation de salaire : 3 modèles de lettres</w:t>
      </w:r>
    </w:p>
    <w:p>
      <w:r>
        <w:t>Modèles gratuits proposés par lettres-types-gratuites.com. Remplacez les éléments entre crochets et supprimez les options inutiles.</w:t>
      </w:r>
    </w:p>
    <w:p>
      <w:pPr>
        <w:pStyle w:val="Heading1"/>
      </w:pPr>
      <w:r>
        <w:t>Modèle 1 – Lettre de demande d'augmentation de salaire (modèle général)</w:t>
      </w:r>
    </w:p>
    <w:p>
      <w:pPr>
        <w:spacing w:after="40"/>
      </w:pPr>
      <w:r>
        <w:t>[Prénom Nom]</w:t>
      </w:r>
    </w:p>
    <w:p>
      <w:pPr>
        <w:spacing w:after="40"/>
      </w:pPr>
      <w:r>
        <w:t>[Poste occupé – service]</w:t>
      </w:r>
    </w:p>
    <w:p>
      <w:pPr>
        <w:spacing w:after="40"/>
      </w:pPr>
      <w:r>
        <w:t>[Adresse ou adresse e-mail professionnelle]</w:t>
      </w:r>
    </w:p>
    <w:p>
      <w:pPr>
        <w:spacing w:after="40"/>
      </w:pPr>
    </w:p>
    <w:p>
      <w:pPr>
        <w:spacing w:after="40"/>
      </w:pPr>
      <w:r>
        <w:t>[Nom du responsable]</w:t>
      </w:r>
    </w:p>
    <w:p>
      <w:pPr>
        <w:spacing w:after="40"/>
      </w:pPr>
      <w:r>
        <w:t>[Fonction]</w:t>
      </w:r>
    </w:p>
    <w:p>
      <w:pPr>
        <w:spacing w:after="40"/>
      </w:pPr>
      <w:r>
        <w:t>[Nom de l'entreprise]</w:t>
      </w:r>
    </w:p>
    <w:p>
      <w:pPr>
        <w:spacing w:after="40"/>
      </w:pPr>
    </w:p>
    <w:p>
      <w:pPr>
        <w:spacing w:after="40"/>
      </w:pPr>
      <w:r>
        <w:t>[Ville], le [date]</w:t>
      </w:r>
    </w:p>
    <w:p>
      <w:pPr>
        <w:spacing w:after="40"/>
      </w:pPr>
    </w:p>
    <w:p>
      <w:pPr>
        <w:spacing w:after="40"/>
      </w:pPr>
      <w:r>
        <w:t>Objet : demande d'entretien pour l'examen de ma rémunération</w:t>
      </w:r>
    </w:p>
    <w:p>
      <w:pPr>
        <w:spacing w:after="40"/>
      </w:pPr>
    </w:p>
    <w:p>
      <w:pPr>
        <w:spacing w:after="40"/>
      </w:pPr>
      <w:r>
        <w:t>Madame, Monsieur,</w:t>
      </w:r>
    </w:p>
    <w:p>
      <w:pPr>
        <w:spacing w:after="40"/>
      </w:pPr>
    </w:p>
    <w:p>
      <w:pPr>
        <w:spacing w:after="40"/>
      </w:pPr>
      <w:r>
        <w:t>J'occupe le poste de [intitulé du poste] depuis le [date d'embauche ou de prise de poste]. Ma rémunération, de [montant] € brut par mois, n'a pas évolué depuis le [date de la dernière augmentation].</w:t>
      </w:r>
    </w:p>
    <w:p>
      <w:pPr>
        <w:spacing w:after="40"/>
      </w:pPr>
    </w:p>
    <w:p>
      <w:pPr>
        <w:spacing w:after="40"/>
      </w:pPr>
      <w:r>
        <w:t>Au cours des [12 / 18 / 24] derniers mois, j'ai notamment :</w:t>
      </w:r>
    </w:p>
    <w:p>
      <w:pPr>
        <w:spacing w:after="40"/>
      </w:pPr>
      <w:r>
        <w:t>– [résultat 1, chiffré : ex. « traité 30 % de dossiers en plus sans délai supplémentaire »] ;</w:t>
      </w:r>
    </w:p>
    <w:p>
      <w:pPr>
        <w:spacing w:after="40"/>
      </w:pPr>
      <w:r>
        <w:t>– [résultat 2 : ex. « pris en charge le suivi des clients du secteur Sud depuis mars »] ;</w:t>
      </w:r>
    </w:p>
    <w:p>
      <w:pPr>
        <w:spacing w:after="40"/>
      </w:pPr>
      <w:r>
        <w:t>– [résultat 3 : ex. « formé deux nouveaux collègues à l'outil de facturation »].</w:t>
      </w:r>
    </w:p>
    <w:p>
      <w:pPr>
        <w:spacing w:after="40"/>
      </w:pPr>
    </w:p>
    <w:p>
      <w:pPr>
        <w:spacing w:after="40"/>
      </w:pPr>
      <w:r>
        <w:t>Au regard de ces éléments et des salaires pratiqués pour un poste comparable, je souhaiterais que ma rémunération soit portée à [montant] € brut par mois, soit une augmentation de [X] %.</w:t>
      </w:r>
    </w:p>
    <w:p>
      <w:pPr>
        <w:spacing w:after="40"/>
      </w:pPr>
    </w:p>
    <w:p>
      <w:pPr>
        <w:spacing w:after="40"/>
      </w:pPr>
      <w:r>
        <w:t>Je vous propose d'en parler lors d'un entretien, à la date qui vous conviendra dans les prochaines semaines. Je préparerai pour l'occasion une synthèse de mes missions et de mes résultats.</w:t>
      </w:r>
    </w:p>
    <w:p>
      <w:pPr>
        <w:spacing w:after="40"/>
      </w:pPr>
    </w:p>
    <w:p>
      <w:pPr>
        <w:spacing w:after="40"/>
      </w:pPr>
      <w:r>
        <w:t>Je vous remercie de l'attention que vous porterez à ma demande et vous prie d'agréer, Madame, Monsieur, l'expression de mes salutations distinguées.</w:t>
      </w:r>
    </w:p>
    <w:p>
      <w:pPr>
        <w:spacing w:after="40"/>
      </w:pPr>
    </w:p>
    <w:p>
      <w:pPr>
        <w:spacing w:after="40"/>
      </w:pPr>
      <w:r>
        <w:t>[Prénom Nom]</w:t>
      </w:r>
    </w:p>
    <w:p>
      <w:pPr>
        <w:spacing w:after="40"/>
      </w:pPr>
      <w:r>
        <w:t>[Signature]</w:t>
      </w:r>
    </w:p>
    <w:p>
      <w:r>
        <w:br w:type="page"/>
      </w:r>
    </w:p>
    <w:p>
      <w:pPr>
        <w:pStyle w:val="Heading1"/>
      </w:pPr>
      <w:r>
        <w:t>Modèle 2 – Demande d'augmentation au mérite</w:t>
      </w:r>
    </w:p>
    <w:p>
      <w:pPr>
        <w:spacing w:after="40"/>
      </w:pPr>
      <w:r>
        <w:t>[Prénom Nom]</w:t>
      </w:r>
    </w:p>
    <w:p>
      <w:pPr>
        <w:spacing w:after="40"/>
      </w:pPr>
      <w:r>
        <w:t>[Poste – service]</w:t>
      </w:r>
    </w:p>
    <w:p>
      <w:pPr>
        <w:spacing w:after="40"/>
      </w:pPr>
    </w:p>
    <w:p>
      <w:pPr>
        <w:spacing w:after="40"/>
      </w:pPr>
      <w:r>
        <w:t>[Nom du responsable]</w:t>
      </w:r>
    </w:p>
    <w:p>
      <w:pPr>
        <w:spacing w:after="40"/>
      </w:pPr>
      <w:r>
        <w:t>[Nom de l'entreprise]</w:t>
      </w:r>
    </w:p>
    <w:p>
      <w:pPr>
        <w:spacing w:after="40"/>
      </w:pPr>
    </w:p>
    <w:p>
      <w:pPr>
        <w:spacing w:after="40"/>
      </w:pPr>
      <w:r>
        <w:t>[Ville], le [date]</w:t>
      </w:r>
    </w:p>
    <w:p>
      <w:pPr>
        <w:spacing w:after="40"/>
      </w:pPr>
    </w:p>
    <w:p>
      <w:pPr>
        <w:spacing w:after="40"/>
      </w:pPr>
      <w:r>
        <w:t>Objet : demande d'entretien pour l'examen de ma rémunération</w:t>
      </w:r>
    </w:p>
    <w:p>
      <w:pPr>
        <w:spacing w:after="40"/>
      </w:pPr>
    </w:p>
    <w:p>
      <w:pPr>
        <w:spacing w:after="40"/>
      </w:pPr>
      <w:r>
        <w:t>Madame, Monsieur,</w:t>
      </w:r>
    </w:p>
    <w:p>
      <w:pPr>
        <w:spacing w:after="40"/>
      </w:pPr>
    </w:p>
    <w:p>
      <w:pPr>
        <w:spacing w:after="40"/>
      </w:pPr>
      <w:r>
        <w:t>Lors de notre entretien annuel du [date], nous avions fixé pour l'année les objectifs suivants : [objectif 1] et [objectif 2]. Je vous écris pour faire le point sur leur réalisation et sur ma rémunération.</w:t>
      </w:r>
    </w:p>
    <w:p>
      <w:pPr>
        <w:spacing w:after="40"/>
      </w:pPr>
    </w:p>
    <w:p>
      <w:pPr>
        <w:spacing w:after="40"/>
      </w:pPr>
      <w:r>
        <w:t>À ce jour :</w:t>
      </w:r>
    </w:p>
    <w:p>
      <w:pPr>
        <w:spacing w:after="40"/>
      </w:pPr>
      <w:r>
        <w:t>– l'objectif [1] est atteint à [X] % ([chiffre précis : ex. « 412 dossiers traités pour 350 prévus »]) ;</w:t>
      </w:r>
    </w:p>
    <w:p>
      <w:pPr>
        <w:spacing w:after="40"/>
      </w:pPr>
      <w:r>
        <w:t>– l'objectif [2] est [atteint / dépassé] ([chiffre précis]) ;</w:t>
      </w:r>
    </w:p>
    <w:p>
      <w:pPr>
        <w:spacing w:after="40"/>
      </w:pPr>
      <w:r>
        <w:t>– j'ai en outre [initiative non prévue : ex. « mis en place un tableau de suivi qui a réduit les relances clients de moitié »].</w:t>
      </w:r>
    </w:p>
    <w:p>
      <w:pPr>
        <w:spacing w:after="40"/>
      </w:pPr>
    </w:p>
    <w:p>
      <w:pPr>
        <w:spacing w:after="40"/>
      </w:pPr>
      <w:r>
        <w:t>Ces résultats ont été obtenus sans changement de ma rémunération, qui s'élève à [montant] € brut par mois depuis le [date]. Je souhaiterais qu'elle soit portée à [montant] € brut par mois, soit [X] %, pour reconnaître ce niveau de contribution.</w:t>
      </w:r>
    </w:p>
    <w:p>
      <w:pPr>
        <w:spacing w:after="40"/>
      </w:pPr>
    </w:p>
    <w:p>
      <w:pPr>
        <w:spacing w:after="40"/>
      </w:pPr>
      <w:r>
        <w:t>Je me tiens à votre disposition pour un entretien, au cours duquel je pourrai vous présenter le détail de ces résultats.</w:t>
      </w:r>
    </w:p>
    <w:p>
      <w:pPr>
        <w:spacing w:after="40"/>
      </w:pPr>
    </w:p>
    <w:p>
      <w:pPr>
        <w:spacing w:after="40"/>
      </w:pPr>
      <w:r>
        <w:t>Je vous prie d'agréer, Madame, Monsieur, l'expression de mes salutations distinguées.</w:t>
      </w:r>
    </w:p>
    <w:p>
      <w:pPr>
        <w:spacing w:after="40"/>
      </w:pPr>
    </w:p>
    <w:p>
      <w:pPr>
        <w:spacing w:after="40"/>
      </w:pPr>
      <w:r>
        <w:t>[Prénom Nom]</w:t>
      </w:r>
    </w:p>
    <w:p>
      <w:r>
        <w:br w:type="page"/>
      </w:r>
    </w:p>
    <w:p>
      <w:pPr>
        <w:pStyle w:val="Heading1"/>
      </w:pPr>
      <w:r>
        <w:t>Modèle 3 – Demande d'augmentation pour ancienneté</w:t>
      </w:r>
    </w:p>
    <w:p>
      <w:pPr>
        <w:spacing w:after="40"/>
      </w:pPr>
      <w:r>
        <w:t>[Prénom Nom]</w:t>
      </w:r>
    </w:p>
    <w:p>
      <w:pPr>
        <w:spacing w:after="40"/>
      </w:pPr>
      <w:r>
        <w:t>[Poste – service]</w:t>
      </w:r>
    </w:p>
    <w:p>
      <w:pPr>
        <w:spacing w:after="40"/>
      </w:pPr>
    </w:p>
    <w:p>
      <w:pPr>
        <w:spacing w:after="40"/>
      </w:pPr>
      <w:r>
        <w:t>[Nom du responsable]</w:t>
      </w:r>
    </w:p>
    <w:p>
      <w:pPr>
        <w:spacing w:after="40"/>
      </w:pPr>
      <w:r>
        <w:t>[Nom de l'entreprise]</w:t>
      </w:r>
    </w:p>
    <w:p>
      <w:pPr>
        <w:spacing w:after="40"/>
      </w:pPr>
    </w:p>
    <w:p>
      <w:pPr>
        <w:spacing w:after="40"/>
      </w:pPr>
      <w:r>
        <w:t>[Ville], le [date]</w:t>
      </w:r>
    </w:p>
    <w:p>
      <w:pPr>
        <w:spacing w:after="40"/>
      </w:pPr>
    </w:p>
    <w:p>
      <w:pPr>
        <w:spacing w:after="40"/>
      </w:pPr>
      <w:r>
        <w:t>Objet : demande de révision de ma rémunération</w:t>
      </w:r>
    </w:p>
    <w:p>
      <w:pPr>
        <w:spacing w:after="40"/>
      </w:pPr>
    </w:p>
    <w:p>
      <w:pPr>
        <w:spacing w:after="40"/>
      </w:pPr>
      <w:r>
        <w:t>Madame, Monsieur,</w:t>
      </w:r>
    </w:p>
    <w:p>
      <w:pPr>
        <w:spacing w:after="40"/>
      </w:pPr>
    </w:p>
    <w:p>
      <w:pPr>
        <w:spacing w:after="40"/>
      </w:pPr>
      <w:r>
        <w:t>Je fais partie de l'entreprise depuis le [date d'embauche], soit [X] ans, au poste de [intitulé]. Mon salaire de base, de [montant] € brut par mois, n'a pas été révisé depuis le [date], en dehors [des hausses générales / d'aucune hausse].</w:t>
      </w:r>
    </w:p>
    <w:p>
      <w:pPr>
        <w:spacing w:after="40"/>
      </w:pPr>
    </w:p>
    <w:p>
      <w:pPr>
        <w:spacing w:after="40"/>
      </w:pPr>
      <w:r>
        <w:t>Pendant cette période, mon poste a gagné en autonomie et en expertise :</w:t>
      </w:r>
    </w:p>
    <w:p>
      <w:pPr>
        <w:spacing w:after="40"/>
      </w:pPr>
      <w:r>
        <w:t>– je traite seul(e) [type de dossiers ou de tâches] qui étaient auparavant validés par [fonction] ;</w:t>
      </w:r>
    </w:p>
    <w:p>
      <w:pPr>
        <w:spacing w:after="40"/>
      </w:pPr>
      <w:r>
        <w:t>– je suis devenu(e) la personne ressource pour [outil, procédure, client] ;</w:t>
      </w:r>
    </w:p>
    <w:p>
      <w:pPr>
        <w:spacing w:after="40"/>
      </w:pPr>
      <w:r>
        <w:t>– j'ai accompagné l'arrivée de [nombre] collègues.</w:t>
      </w:r>
    </w:p>
    <w:p>
      <w:pPr>
        <w:spacing w:after="40"/>
      </w:pPr>
    </w:p>
    <w:p>
      <w:pPr>
        <w:spacing w:after="40"/>
      </w:pPr>
      <w:r>
        <w:t>Dans le même temps, la hausse des prix a réduit le pouvoir d'achat de mon salaire, et le SMIC lui-même a été revalorisé deux fois depuis le début de l'année [à adapter].</w:t>
      </w:r>
    </w:p>
    <w:p>
      <w:pPr>
        <w:spacing w:after="40"/>
      </w:pPr>
    </w:p>
    <w:p>
      <w:pPr>
        <w:spacing w:after="40"/>
      </w:pPr>
      <w:r>
        <w:t>Je souhaiterais donc que ma rémunération soit portée à [montant] € brut par mois, soit [X] %. Je reste attaché(e) à mon poste et à l'équipe, et je vous propose d'en parler lors d'un entretien à votre convenance.</w:t>
      </w:r>
    </w:p>
    <w:p>
      <w:pPr>
        <w:spacing w:after="40"/>
      </w:pPr>
    </w:p>
    <w:p>
      <w:pPr>
        <w:spacing w:after="40"/>
      </w:pPr>
      <w:r>
        <w:t>Je vous prie d'agréer, Madame, Monsieur, l'expression de mes salutations distinguées.</w:t>
      </w:r>
    </w:p>
    <w:p>
      <w:pPr>
        <w:spacing w:after="40"/>
      </w:pPr>
    </w:p>
    <w:p>
      <w:pPr>
        <w:spacing w:after="40"/>
      </w:pPr>
      <w:r>
        <w:t>[Prénom Nom]</w:t>
      </w:r>
    </w:p>
    <w:p>
      <w:r>
        <w:br/>
        <w:t>Source : https://www.lettres-types-gratuites.com/demande-augmentation-salaire-modeles-strategie/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