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F97316"/>
        </w:rPr>
        <w:t>[Prénom Nom]</w:t>
      </w:r>
    </w:p>
    <w:p>
      <w:r>
        <w:rPr>
          <w:color w:val="F97316"/>
        </w:rPr>
        <w:t>[Nouvelle adresse]</w:t>
      </w:r>
    </w:p>
    <w:p/>
    <w:p>
      <w:r>
        <w:rPr>
          <w:color w:val="F97316"/>
        </w:rPr>
        <w:t>[Nom du propriétaire ou de l'agence]</w:t>
      </w:r>
    </w:p>
    <w:p>
      <w:r>
        <w:rPr>
          <w:color w:val="F97316"/>
        </w:rPr>
        <w:t>[Adresse]</w:t>
      </w:r>
    </w:p>
    <w:p/>
    <w:p>
      <w:r>
        <w:t xml:space="preserve">À </w:t>
      </w:r>
      <w:r>
        <w:rPr>
          <w:color w:val="F97316"/>
        </w:rPr>
        <w:t>[ville]</w:t>
      </w:r>
      <w:r>
        <w:t xml:space="preserve">, le </w:t>
      </w:r>
      <w:r>
        <w:rPr>
          <w:color w:val="F97316"/>
        </w:rPr>
        <w:t>[date]</w:t>
      </w:r>
    </w:p>
    <w:p/>
    <w:p>
      <w:r>
        <w:rPr>
          <w:b/>
          <w:color w:val="1A2744"/>
        </w:rPr>
        <w:t>Lettre recommandée avec avis de réception</w:t>
      </w:r>
    </w:p>
    <w:p/>
    <w:p>
      <w:r>
        <w:rPr>
          <w:b/>
          <w:color w:val="1A2744"/>
        </w:rPr>
        <w:t>Objet : contestation des retenues sur mon dépôt de garantie</w:t>
      </w:r>
    </w:p>
    <w:p>
      <w:r>
        <w:t xml:space="preserve">Logement : </w:t>
      </w:r>
      <w:r>
        <w:rPr>
          <w:color w:val="F97316"/>
        </w:rPr>
        <w:t>[adresse du logement quitté]</w:t>
      </w:r>
    </w:p>
    <w:p/>
    <w:p>
      <w:r>
        <w:t>Madame, Monsieur,</w:t>
      </w:r>
    </w:p>
    <w:p/>
    <w:p>
      <w:r>
        <w:t xml:space="preserve">Le </w:t>
      </w:r>
      <w:r>
        <w:rPr>
          <w:color w:val="F97316"/>
        </w:rPr>
        <w:t>[date]</w:t>
      </w:r>
      <w:r>
        <w:t xml:space="preserve">, vous m'avez restitué </w:t>
      </w:r>
      <w:r>
        <w:rPr>
          <w:color w:val="F97316"/>
        </w:rPr>
        <w:t>[montant]</w:t>
      </w:r>
      <w:r>
        <w:t xml:space="preserve"> € sur le dépôt de garantie de </w:t>
      </w:r>
      <w:r>
        <w:rPr>
          <w:color w:val="F97316"/>
        </w:rPr>
        <w:t>[montant]</w:t>
      </w:r>
      <w:r>
        <w:t xml:space="preserve"> € versé à l'entrée dans les lieux, en retenant </w:t>
      </w:r>
      <w:r>
        <w:rPr>
          <w:color w:val="F97316"/>
        </w:rPr>
        <w:t>[montant]</w:t>
      </w:r>
      <w:r>
        <w:t xml:space="preserve"> € au titre de </w:t>
      </w:r>
      <w:r>
        <w:rPr>
          <w:color w:val="F97316"/>
        </w:rPr>
        <w:t>[motif indiqué : peinture, nettoyage, sol, équipement…]</w:t>
      </w:r>
      <w:r>
        <w:t>.</w:t>
      </w:r>
    </w:p>
    <w:p/>
    <w:p>
      <w:r>
        <w:t>Je conteste cette retenue pour les raisons suivantes :</w:t>
      </w:r>
    </w:p>
    <w:p>
      <w:r>
        <w:t xml:space="preserve">– </w:t>
      </w:r>
      <w:r>
        <w:rPr>
          <w:color w:val="F97316"/>
        </w:rPr>
        <w:t>[l'état des lieux de sortie ne mentionne pas ce désordre / ce désordre figurait déjà dans l'état des lieux d'entrée]</w:t>
      </w:r>
      <w:r>
        <w:t xml:space="preserve"> ;</w:t>
      </w:r>
    </w:p>
    <w:p>
      <w:r>
        <w:t xml:space="preserve">– </w:t>
      </w:r>
      <w:r>
        <w:rPr>
          <w:color w:val="F97316"/>
        </w:rPr>
        <w:t>[il s'agit d'une usure normale liée à [durée]</w:t>
      </w:r>
      <w:r>
        <w:t xml:space="preserve"> années d'occupation, qui relève de la vétusté et non d'une dégradation] ;</w:t>
      </w:r>
    </w:p>
    <w:p>
      <w:r>
        <w:t xml:space="preserve">– </w:t>
      </w:r>
      <w:r>
        <w:rPr>
          <w:color w:val="F97316"/>
        </w:rPr>
        <w:t>[aucun devis, facture ou décompte ne m'a été transmis à l'appui de ce montant]</w:t>
      </w:r>
      <w:r>
        <w:t>.</w:t>
      </w:r>
    </w:p>
    <w:p/>
    <w:p>
      <w:r>
        <w:t xml:space="preserve">Je vous demande en conséquence de me verser la somme de </w:t>
      </w:r>
      <w:r>
        <w:rPr>
          <w:color w:val="F97316"/>
        </w:rPr>
        <w:t>[montant]</w:t>
      </w:r>
      <w:r>
        <w:t xml:space="preserve"> € dans un délai de </w:t>
      </w:r>
      <w:r>
        <w:rPr>
          <w:color w:val="F97316"/>
        </w:rPr>
        <w:t>[15]</w:t>
      </w:r>
      <w:r>
        <w:t xml:space="preserve"> jours à réception de ce courrier, ou de me transmettre les justificatifs détaillés de chaque retenue (devis ou factures, comparaison des états des lieux, décompte de charges).</w:t>
      </w:r>
    </w:p>
    <w:p/>
    <w:p>
      <w:r>
        <w:t>Je vous rappelle que le dépôt de garantie restant dû non restitué dans le délai légal est majoré de 10 % du loyer mensuel hors charges par mois de retard commencé (article 22 de la loi n° 89-462 du 6 juillet 1989).</w:t>
      </w:r>
    </w:p>
    <w:p/>
    <w:p>
      <w:r>
        <w:t xml:space="preserve">À défaut de réponse, je saisirai </w:t>
      </w:r>
      <w:r>
        <w:rPr>
          <w:color w:val="F97316"/>
        </w:rPr>
        <w:t>[le conciliateur de justice / la commission départementale de conciliation]</w:t>
      </w:r>
      <w:r>
        <w:t>.</w:t>
      </w:r>
    </w:p>
    <w:p/>
    <w:p>
      <w:r>
        <w:t>Je vous prie d'agréer, Madame, Monsieur, mes salutations distinguées.</w:t>
      </w:r>
    </w:p>
    <w:p/>
    <w:p>
      <w:r>
        <w:rPr>
          <w:color w:val="F97316"/>
        </w:rPr>
        <w:t>[Signature]</w:t>
      </w:r>
    </w:p>
    <w:p/>
    <w:p>
      <w:r>
        <w:t>Pièces jointes : états des lieux d'entrée et de sortie, photos datées, copie de votre décompte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Modèle gratuit – lettres-types-gratuites.com – à personnaliser : remplacez les passages entre crochets.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space="4" w:color="f97316"/>
      </w:pBdr>
    </w:pPr>
    <w:r>
      <w:rPr>
        <w:b/>
        <w:color w:val="1A2744"/>
        <w:sz w:val="20"/>
      </w:rPr>
      <w:t>Contestation des retenues sur le dépôt de garantie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des retenues sur le dépôt de garantie</dc:title>
  <dc:subject/>
  <dc:creator>Lettres Types Gratuites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