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[Prénom Nom]</w:t>
      </w:r>
    </w:p>
    <w:p>
      <w:pPr>
        <w:spacing w:after="0"/>
      </w:pPr>
      <w:r>
        <w:t>[Adresse personnelle]</w:t>
      </w:r>
    </w:p>
    <w:p>
      <w:pPr>
        <w:spacing w:after="0"/>
      </w:pPr>
      <w:r>
        <w:t>[Poste occupé]</w:t>
      </w:r>
    </w:p>
    <w:p>
      <w:pPr>
        <w:spacing w:after="0"/>
      </w:pPr>
      <w:r/>
    </w:p>
    <w:p>
      <w:pPr>
        <w:spacing w:after="0"/>
      </w:pPr>
      <w:r>
        <w:t>[Nom de l'entreprise]</w:t>
      </w:r>
    </w:p>
    <w:p>
      <w:pPr>
        <w:spacing w:after="0"/>
      </w:pPr>
      <w:r>
        <w:t>À l'attention de [Madame / Monsieur, fonction : DRH, gérant…]</w:t>
      </w:r>
    </w:p>
    <w:p>
      <w:pPr>
        <w:spacing w:after="0"/>
      </w:pPr>
      <w:r>
        <w:t>[Adresse de l'entreprise]</w:t>
      </w:r>
    </w:p>
    <w:p>
      <w:pPr>
        <w:spacing w:after="0"/>
      </w:pPr>
      <w:r/>
    </w:p>
    <w:p>
      <w:pPr>
        <w:spacing w:after="0"/>
      </w:pPr>
      <w:r>
        <w:t>[Ville], le [date]</w:t>
      </w:r>
    </w:p>
    <w:p>
      <w:pPr>
        <w:spacing w:after="0"/>
      </w:pPr>
      <w:r/>
    </w:p>
    <w:p>
      <w:pPr>
        <w:spacing w:after="0"/>
      </w:pPr>
      <w:r>
        <w:t>Lettre recommandée avec accusé de réception (ou remise en main propre contre décharge)</w:t>
      </w:r>
    </w:p>
    <w:p>
      <w:pPr>
        <w:spacing w:after="0"/>
      </w:pPr>
      <w:r/>
    </w:p>
    <w:p>
      <w:pPr>
        <w:spacing w:after="0"/>
      </w:pPr>
      <w:r>
        <w:rPr>
          <w:b/>
        </w:rPr>
        <w:t>Objet : demande de congé de proche aidant</w:t>
      </w:r>
    </w:p>
    <w:p>
      <w:pPr>
        <w:spacing w:after="0"/>
      </w:pPr>
      <w:r/>
    </w:p>
    <w:p>
      <w:pPr>
        <w:spacing w:after="0"/>
      </w:pPr>
      <w:r>
        <w:t>Madame, Monsieur,</w:t>
      </w:r>
    </w:p>
    <w:p>
      <w:pPr>
        <w:spacing w:after="0"/>
      </w:pPr>
      <w:r/>
    </w:p>
    <w:p>
      <w:pPr>
        <w:spacing w:after="0"/>
      </w:pPr>
      <w:r>
        <w:t>Je vous informe de ma volonté de suspendre mon contrat de travail afin de bénéficier d'un congé de proche aidant, en application des articles L3142-16 et suivants du Code du travail, pour accompagner [mon père / ma mère / mon conjoint / mon enfant : Prénom Nom], qui se trouve en situation de [handicap / perte d'autonomie].</w:t>
      </w:r>
    </w:p>
    <w:p>
      <w:pPr>
        <w:spacing w:after="0"/>
      </w:pPr>
      <w:r/>
    </w:p>
    <w:p>
      <w:pPr>
        <w:spacing w:after="0"/>
      </w:pPr>
      <w:r>
        <w:t>Je souhaite bénéficier de ce congé à compter du [date de départ, au moins un mois après la réception de ce courrier], pour une durée de [nombre] mois, soit jusqu'au [date de fin].</w:t>
      </w:r>
    </w:p>
    <w:p>
      <w:pPr>
        <w:spacing w:after="0"/>
      </w:pPr>
      <w:r/>
    </w:p>
    <w:p>
      <w:pPr>
        <w:spacing w:after="0"/>
      </w:pPr>
      <w:r>
        <w:t>Je souhaite prendre ce congé de manière continue.</w:t>
      </w:r>
    </w:p>
    <w:p>
      <w:pPr>
        <w:spacing w:after="0"/>
      </w:pPr>
      <w:r/>
    </w:p>
    <w:p>
      <w:pPr>
        <w:spacing w:after="0"/>
      </w:pPr>
      <w:r>
        <w:t>Vous trouverez ci-joint :</w:t>
      </w:r>
    </w:p>
    <w:p>
      <w:pPr>
        <w:spacing w:after="0"/>
      </w:pPr>
      <w:r>
        <w:t>– une déclaration sur l'honneur de mon lien familial avec la personne aidée ;</w:t>
      </w:r>
    </w:p>
    <w:p>
      <w:pPr>
        <w:spacing w:after="0"/>
      </w:pPr>
      <w:r>
        <w:t>– une déclaration sur l'honneur précisant que je n'ai jamais bénéficié d'un congé de proche aidant [ou : que j'en ai déjà bénéficié pendant (durée)] ;</w:t>
      </w:r>
    </w:p>
    <w:p>
      <w:pPr>
        <w:spacing w:after="0"/>
      </w:pPr>
      <w:r>
        <w:t>– la copie de [la décision d'attribution de l'APA / la décision de la MDPH fixant un taux d'incapacité d'au moins 80 %].</w:t>
      </w:r>
    </w:p>
    <w:p>
      <w:pPr>
        <w:spacing w:after="0"/>
      </w:pPr>
      <w:r/>
    </w:p>
    <w:p>
      <w:pPr>
        <w:spacing w:after="0"/>
      </w:pPr>
      <w:r>
        <w:t>Je vous remercie de bien vouloir me faire parvenir l'attestation de congé nécessaire à ma demande d'allocation journalière du proche aidant auprès de la CAF.</w:t>
      </w:r>
    </w:p>
    <w:p>
      <w:pPr>
        <w:spacing w:after="0"/>
      </w:pPr>
      <w:r/>
    </w:p>
    <w:p>
      <w:pPr>
        <w:spacing w:after="0"/>
      </w:pPr>
      <w:r>
        <w:t>Je vous prie d'agréer, Madame, Monsieur, l'expression de mes salutations distinguées.</w:t>
      </w:r>
    </w:p>
    <w:p>
      <w:pPr>
        <w:spacing w:after="0"/>
      </w:pPr>
      <w:r/>
    </w:p>
    <w:p>
      <w:pPr>
        <w:spacing w:after="0"/>
      </w:pPr>
      <w:r>
        <w:t>[Signature]</w:t>
      </w:r>
    </w:p>
    <w:p>
      <w:r>
        <w:br w:type="page"/>
      </w:r>
    </w:p>
    <w:p>
      <w:pPr>
        <w:spacing w:after="0"/>
      </w:pPr>
      <w:r>
        <w:rPr>
          <w:b/>
        </w:rPr>
        <w:t>DÉCLARATION SUR L'HONNEUR</w:t>
      </w:r>
    </w:p>
    <w:p>
      <w:pPr>
        <w:spacing w:after="0"/>
      </w:pPr>
      <w:r/>
    </w:p>
    <w:p>
      <w:pPr>
        <w:spacing w:after="0"/>
      </w:pPr>
      <w:r>
        <w:t>Je soussigné(e) [Prénom Nom], né(e) le [date] à [ville], demeurant [adresse], salarié(e) de l'entreprise [nom de l'entreprise],</w:t>
      </w:r>
    </w:p>
    <w:p>
      <w:pPr>
        <w:spacing w:after="0"/>
      </w:pPr>
      <w:r/>
    </w:p>
    <w:p>
      <w:pPr>
        <w:spacing w:after="0"/>
      </w:pPr>
      <w:r>
        <w:t>1. Déclare sur l'honneur être [le fils / la fille / le conjoint / le frère / la sœur…] de [Prénom Nom de la personne aidée], né(e) le [date], demeurant [adresse].</w:t>
      </w:r>
    </w:p>
    <w:p>
      <w:pPr>
        <w:spacing w:after="0"/>
      </w:pPr>
      <w:r>
        <w:t>[Ou, si vous n'êtes pas de la famille : déclare sur l'honneur résider avec / entretenir des liens étroits et stables avec (Prénom Nom), personne âgée ou handicapée, à qui je viens en aide de manière régulière et fréquente, à titre non professionnel, pour les actes de la vie quotidienne.]</w:t>
      </w:r>
    </w:p>
    <w:p>
      <w:pPr>
        <w:spacing w:after="0"/>
      </w:pPr>
      <w:r/>
    </w:p>
    <w:p>
      <w:pPr>
        <w:spacing w:after="0"/>
      </w:pPr>
      <w:r>
        <w:t>2. Déclare sur l'honneur n'avoir jamais bénéficié d'un congé de proche aidant au cours de ma carrière.</w:t>
      </w:r>
    </w:p>
    <w:p>
      <w:pPr>
        <w:spacing w:after="0"/>
      </w:pPr>
      <w:r>
        <w:t>[Ou : avoir déjà bénéficié d'un congé de proche aidant du (date) au (date), soit une durée totale de (durée).]</w:t>
      </w:r>
    </w:p>
    <w:p>
      <w:pPr>
        <w:spacing w:after="0"/>
      </w:pPr>
      <w:r/>
    </w:p>
    <w:p>
      <w:pPr>
        <w:spacing w:after="0"/>
      </w:pPr>
      <w:r>
        <w:t>Fait pour servir et valoir ce que de droit.</w:t>
      </w:r>
    </w:p>
    <w:p>
      <w:pPr>
        <w:spacing w:after="0"/>
      </w:pPr>
      <w:r/>
    </w:p>
    <w:p>
      <w:pPr>
        <w:spacing w:after="0"/>
      </w:pPr>
      <w:r>
        <w:t>Fait à [ville], le [date]</w:t>
      </w:r>
    </w:p>
    <w:p>
      <w:pPr>
        <w:spacing w:after="0"/>
      </w:pPr>
      <w:r/>
    </w:p>
    <w:p>
      <w:pPr>
        <w:spacing w:after="0"/>
      </w:pPr>
      <w:r>
        <w:t>[Signature]</w:t>
      </w:r>
    </w:p>
    <w:p>
      <w:pPr>
        <w:spacing w:before="480"/>
      </w:pPr>
      <w:r>
        <w:rPr>
          <w:color w:val="888888"/>
          <w:sz w:val="16"/>
        </w:rPr>
        <w:t>Modèle gratuit – www.lettres-types-gratuites.com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