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F97316"/>
        </w:rPr>
        <w:t>[Prénom Nom]</w:t>
      </w:r>
    </w:p>
    <w:p>
      <w:r>
        <w:rPr>
          <w:color w:val="F97316"/>
        </w:rPr>
        <w:t>[Adresse]</w:t>
      </w:r>
    </w:p>
    <w:p>
      <w:r>
        <w:rPr>
          <w:color w:val="F97316"/>
        </w:rPr>
        <w:t>[Téléphone – e-mail]</w:t>
      </w:r>
    </w:p>
    <w:p/>
    <w:p>
      <w:r>
        <w:rPr>
          <w:color w:val="F97316"/>
        </w:rPr>
        <w:t>[Nom de l'entreprise]</w:t>
      </w:r>
    </w:p>
    <w:p>
      <w:r>
        <w:rPr>
          <w:color w:val="F97316"/>
        </w:rPr>
        <w:t>[Adresse]</w:t>
      </w:r>
    </w:p>
    <w:p/>
    <w:p>
      <w:r>
        <w:t xml:space="preserve">À </w:t>
      </w:r>
      <w:r>
        <w:rPr>
          <w:color w:val="F97316"/>
        </w:rPr>
        <w:t>[ville]</w:t>
      </w:r>
      <w:r>
        <w:t xml:space="preserve">, le </w:t>
      </w:r>
      <w:r>
        <w:rPr>
          <w:color w:val="F97316"/>
        </w:rPr>
        <w:t>[date]</w:t>
      </w:r>
    </w:p>
    <w:p/>
    <w:p>
      <w:r>
        <w:rPr>
          <w:b/>
          <w:color w:val="1A2744"/>
        </w:rPr>
        <w:t>Lettre recommandée avec avis de réception</w:t>
      </w:r>
    </w:p>
    <w:p/>
    <w:p>
      <w:r>
        <w:rPr>
          <w:b/>
          <w:color w:val="1A2744"/>
        </w:rPr>
        <w:t>Objet : signalement de désordres – garantie de parfait achèvement</w:t>
      </w:r>
    </w:p>
    <w:p>
      <w:r>
        <w:t xml:space="preserve">Chantier : </w:t>
      </w:r>
      <w:r>
        <w:rPr>
          <w:color w:val="F97316"/>
        </w:rPr>
        <w:t>[adresse des travaux]</w:t>
      </w:r>
      <w:r>
        <w:t xml:space="preserve"> – devis n° </w:t>
      </w:r>
      <w:r>
        <w:rPr>
          <w:color w:val="F97316"/>
        </w:rPr>
        <w:t>[numéro]</w:t>
      </w:r>
      <w:r>
        <w:t xml:space="preserve"> du </w:t>
      </w:r>
      <w:r>
        <w:rPr>
          <w:color w:val="F97316"/>
        </w:rPr>
        <w:t>[date]</w:t>
      </w:r>
    </w:p>
    <w:p/>
    <w:p>
      <w:r>
        <w:t>Madame, Monsieur,</w:t>
      </w:r>
    </w:p>
    <w:p/>
    <w:p>
      <w:r>
        <w:t xml:space="preserve">Vous avez réalisé à mon domicile des travaux de </w:t>
      </w:r>
      <w:r>
        <w:rPr>
          <w:color w:val="F97316"/>
        </w:rPr>
        <w:t>[nature des travaux]</w:t>
      </w:r>
      <w:r>
        <w:t xml:space="preserve">, réceptionnés le </w:t>
      </w:r>
      <w:r>
        <w:rPr>
          <w:color w:val="F97316"/>
        </w:rPr>
        <w:t>[date]</w:t>
      </w:r>
      <w:r>
        <w:t xml:space="preserve"> </w:t>
      </w:r>
      <w:r>
        <w:rPr>
          <w:color w:val="F97316"/>
        </w:rPr>
        <w:t>[avec / sans]</w:t>
      </w:r>
      <w:r>
        <w:t xml:space="preserve"> réserves.</w:t>
      </w:r>
    </w:p>
    <w:p/>
    <w:p>
      <w:r>
        <w:t xml:space="preserve">Depuis le </w:t>
      </w:r>
      <w:r>
        <w:rPr>
          <w:color w:val="F97316"/>
        </w:rPr>
        <w:t>[date]</w:t>
      </w:r>
      <w:r>
        <w:t>, je constate les désordres suivants :</w:t>
      </w:r>
    </w:p>
    <w:p>
      <w:r>
        <w:t xml:space="preserve">– </w:t>
      </w:r>
      <w:r>
        <w:rPr>
          <w:color w:val="F97316"/>
        </w:rPr>
        <w:t>[désordre 1 : description, emplacement, date d'apparition]</w:t>
      </w:r>
      <w:r>
        <w:t xml:space="preserve"> ;</w:t>
      </w:r>
    </w:p>
    <w:p>
      <w:r>
        <w:t xml:space="preserve">– </w:t>
      </w:r>
      <w:r>
        <w:rPr>
          <w:color w:val="F97316"/>
        </w:rPr>
        <w:t>[désordre 2 : description, emplacement, date d'apparition]</w:t>
      </w:r>
      <w:r>
        <w:t>.</w:t>
      </w:r>
    </w:p>
    <w:p>
      <w:r>
        <w:t>Vous trouverez des photos datées en pièces jointes.</w:t>
      </w:r>
    </w:p>
    <w:p/>
    <w:p>
      <w:r>
        <w:t>Conformément à l'article 1792-6 du Code civil, l'entreprise est tenue, pendant un an à compter de la réception, de réparer tous les désordres signalés par le maître de l'ouvrage par notification écrite. Je vous notifie donc ces désordres par le présent courrier.</w:t>
      </w:r>
    </w:p>
    <w:p/>
    <w:p>
      <w:r>
        <w:t xml:space="preserve">Je vous remercie de me contacter dans les </w:t>
      </w:r>
      <w:r>
        <w:rPr>
          <w:color w:val="F97316"/>
        </w:rPr>
        <w:t>[10]</w:t>
      </w:r>
      <w:r>
        <w:t xml:space="preserve"> jours pour convenir d'une date d'intervention. Je suis disponible </w:t>
      </w:r>
      <w:r>
        <w:rPr>
          <w:color w:val="F97316"/>
        </w:rPr>
        <w:t>[jours et créneaux]</w:t>
      </w:r>
      <w:r>
        <w:t>.</w:t>
      </w:r>
    </w:p>
    <w:p/>
    <w:p>
      <w:r>
        <w:t>Je vous prie d'agréer, Madame, Monsieur, mes salutations distinguées.</w:t>
      </w:r>
    </w:p>
    <w:p/>
    <w:p>
      <w:r>
        <w:rPr>
          <w:color w:val="F97316"/>
        </w:rPr>
        <w:t>[Signature]</w:t>
      </w:r>
    </w:p>
    <w:p/>
    <w:p>
      <w:r>
        <w:t>Pièces jointes : copie du procès-verbal de réception, photos datées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– lettres-types-gratuites.com – à personnaliser : remplacez les passages entre crochets.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4" w:color="f97316"/>
      </w:pBdr>
    </w:pPr>
    <w:r>
      <w:rPr>
        <w:b/>
        <w:color w:val="1A2744"/>
        <w:sz w:val="20"/>
      </w:rPr>
      <w:t>Signalement de désordres – garantie de parfait achèvement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Signalement de désordres – garantie de parfait achèvement</dc:title>
  <dc:subject/>
  <dc:creator>Lettres Types Gratuites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