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Lettres de réclamation de salaire : 3 modèles</w:t>
      </w:r>
    </w:p>
    <w:p>
      <w:r>
        <w:t>Modèles gratuits proposés par lettres-types-gratuites.com. Remplacez les éléments entre crochets et supprimez les options inutiles.</w:t>
      </w:r>
    </w:p>
    <w:p>
      <w:pPr>
        <w:pStyle w:val="Heading1"/>
      </w:pPr>
      <w:r>
        <w:t>Modèle 1 – Lettre de réclamation de salaire (demande de régularisation)</w:t>
      </w:r>
    </w:p>
    <w:p>
      <w:pPr>
        <w:spacing w:after="40"/>
      </w:pPr>
      <w:r>
        <w:t>[Prénom Nom]</w:t>
      </w:r>
    </w:p>
    <w:p>
      <w:pPr>
        <w:spacing w:after="40"/>
      </w:pPr>
      <w:r>
        <w:t>[Adresse]</w:t>
      </w:r>
    </w:p>
    <w:p>
      <w:pPr>
        <w:spacing w:after="40"/>
      </w:pPr>
      <w:r>
        <w:t>[Poste occupé – matricule éventuel]</w:t>
      </w:r>
    </w:p>
    <w:p>
      <w:pPr>
        <w:spacing w:after="40"/>
      </w:pPr>
    </w:p>
    <w:p>
      <w:pPr>
        <w:spacing w:after="40"/>
      </w:pPr>
      <w:r>
        <w:t>[Nom de l'entreprise]</w:t>
      </w:r>
    </w:p>
    <w:p>
      <w:pPr>
        <w:spacing w:after="40"/>
      </w:pPr>
      <w:r>
        <w:t>Service paie / Ressources humaines</w:t>
      </w:r>
    </w:p>
    <w:p>
      <w:pPr>
        <w:spacing w:after="40"/>
      </w:pPr>
      <w:r>
        <w:t>[Adresse]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Lettre recommandée avec accusé de réception (ou remise en main propre contre décharge)</w:t>
      </w:r>
    </w:p>
    <w:p>
      <w:pPr>
        <w:spacing w:after="40"/>
      </w:pPr>
    </w:p>
    <w:p>
      <w:pPr>
        <w:spacing w:after="40"/>
      </w:pPr>
      <w:r>
        <w:t>Objet : demande de régularisation de salaire – [mois concernés]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Salarié(e) de votre entreprise depuis le [date d'embauche] au poste de [intitulé], je constate, à la lecture de mes bulletins de paie de [mois et année] à [mois et année], une anomalie dans le paiement de ma rémunération :</w:t>
      </w:r>
    </w:p>
    <w:p>
      <w:pPr>
        <w:spacing w:after="40"/>
      </w:pPr>
    </w:p>
    <w:p>
      <w:pPr>
        <w:spacing w:after="40"/>
      </w:pPr>
      <w:r>
        <w:t>[Choisir et compléter :]</w:t>
      </w:r>
    </w:p>
    <w:p>
      <w:pPr>
        <w:spacing w:after="40"/>
      </w:pPr>
      <w:r>
        <w:t>– [heures supplémentaires effectuées et non payées : (nombre) heures] ;</w:t>
      </w:r>
    </w:p>
    <w:p>
      <w:pPr>
        <w:spacing w:after="40"/>
      </w:pPr>
      <w:r>
        <w:t>– [salaire de base inférieur au minimum de mon coefficient (X) prévu par la convention collective (nom), soit (montant) € brut par mois] ;</w:t>
      </w:r>
    </w:p>
    <w:p>
      <w:pPr>
        <w:spacing w:after="40"/>
      </w:pPr>
      <w:r>
        <w:t>– [prime de (nature) prévue par (contrat / convention / accord) non versée] ;</w:t>
      </w:r>
    </w:p>
    <w:p>
      <w:pPr>
        <w:spacing w:after="40"/>
      </w:pPr>
      <w:r>
        <w:t>– [autre élément : ancienneté, congés payés, absence mal décomptée].</w:t>
      </w:r>
    </w:p>
    <w:p>
      <w:pPr>
        <w:spacing w:after="40"/>
      </w:pPr>
    </w:p>
    <w:p>
      <w:pPr>
        <w:spacing w:after="40"/>
      </w:pPr>
      <w:r>
        <w:t>Selon le détail joint, la somme qui me reste due s'élève à [montant] € brut.</w:t>
      </w:r>
    </w:p>
    <w:p>
      <w:pPr>
        <w:spacing w:after="40"/>
      </w:pPr>
    </w:p>
    <w:p>
      <w:pPr>
        <w:spacing w:after="40"/>
      </w:pPr>
      <w:r>
        <w:t>Je vous remercie de bien vouloir procéder à la régularisation de cette somme sur ma prochaine paie, ou au plus tard dans un délai de [15] jours à réception de ce courrier, et de m'adresser un bulletin de paie rectificatif.</w:t>
      </w:r>
    </w:p>
    <w:p>
      <w:pPr>
        <w:spacing w:after="40"/>
      </w:pPr>
    </w:p>
    <w:p>
      <w:pPr>
        <w:spacing w:after="40"/>
      </w:pPr>
      <w:r>
        <w:t>Je reste disponible pour tout échange et vous joins les copies des bulletins concernés ainsi que mon décompte.</w:t>
      </w:r>
    </w:p>
    <w:p>
      <w:pPr>
        <w:spacing w:after="40"/>
      </w:pPr>
    </w:p>
    <w:p>
      <w:pPr>
        <w:spacing w:after="40"/>
      </w:pPr>
      <w:r>
        <w:t>Je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[Signature]</w:t>
      </w:r>
    </w:p>
    <w:p>
      <w:pPr>
        <w:spacing w:after="40"/>
      </w:pPr>
    </w:p>
    <w:p>
      <w:pPr>
        <w:spacing w:after="40"/>
      </w:pPr>
      <w:r>
        <w:t>Pièces jointes : bulletins de paie de (mois) à (mois), décompte détaillé.</w:t>
      </w:r>
    </w:p>
    <w:p>
      <w:r>
        <w:br w:type="page"/>
      </w:r>
    </w:p>
    <w:p>
      <w:pPr>
        <w:pStyle w:val="Heading1"/>
      </w:pPr>
      <w:r>
        <w:t>Modèle 2 – Réclamation des heures supplémentaires non payées</w:t>
      </w:r>
    </w:p>
    <w:p>
      <w:pPr>
        <w:spacing w:after="40"/>
      </w:pPr>
      <w:r>
        <w:t>[Prénom Nom]</w:t>
      </w:r>
    </w:p>
    <w:p>
      <w:pPr>
        <w:spacing w:after="40"/>
      </w:pPr>
      <w:r>
        <w:t>[Adresse]</w:t>
      </w:r>
    </w:p>
    <w:p>
      <w:pPr>
        <w:spacing w:after="40"/>
      </w:pPr>
      <w:r>
        <w:t>[Poste occupé]</w:t>
      </w:r>
    </w:p>
    <w:p>
      <w:pPr>
        <w:spacing w:after="40"/>
      </w:pPr>
    </w:p>
    <w:p>
      <w:pPr>
        <w:spacing w:after="40"/>
      </w:pPr>
      <w:r>
        <w:t>[Nom de l'entreprise]</w:t>
      </w:r>
    </w:p>
    <w:p>
      <w:pPr>
        <w:spacing w:after="40"/>
      </w:pPr>
      <w:r>
        <w:t>[Adresse]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Lettre recommandée avec accusé de réception</w:t>
      </w:r>
    </w:p>
    <w:p>
      <w:pPr>
        <w:spacing w:after="40"/>
      </w:pPr>
    </w:p>
    <w:p>
      <w:pPr>
        <w:spacing w:after="40"/>
      </w:pPr>
      <w:r>
        <w:t>Objet : demande de paiement d'heures supplémentaires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Employé(e) à temps complet au poste de [intitulé], j'ai effectué, à votre demande ou avec votre accord, des heures au-delà de la durée de 35 heures par semaine pendant la période du [date] au [date].</w:t>
      </w:r>
    </w:p>
    <w:p>
      <w:pPr>
        <w:spacing w:after="40"/>
      </w:pPr>
    </w:p>
    <w:p>
      <w:pPr>
        <w:spacing w:after="40"/>
      </w:pPr>
      <w:r>
        <w:t>Ces heures supplémentaires, soit [nombre] heures au total, n'apparaissent pas sur mes bulletins de paie et ne m'ont été ni payées ni compensées par un repos.</w:t>
      </w:r>
    </w:p>
    <w:p>
      <w:pPr>
        <w:spacing w:after="40"/>
      </w:pPr>
    </w:p>
    <w:p>
      <w:pPr>
        <w:spacing w:after="40"/>
      </w:pPr>
      <w:r>
        <w:t>Vous trouverez ci-joint le relevé semaine par semaine des heures effectuées, avec les éléments qui les justifient ([plannings / relevés de badgeuse / messages / agenda]).</w:t>
      </w:r>
    </w:p>
    <w:p>
      <w:pPr>
        <w:spacing w:after="40"/>
      </w:pPr>
    </w:p>
    <w:p>
      <w:pPr>
        <w:spacing w:after="40"/>
      </w:pPr>
      <w:r>
        <w:t>En application de [l'article L3121-36 du Code du travail / l'accord (nom) qui fixe la majoration à (X) %], ces heures doivent être majorées de 25 % pour les huit premières heures de la semaine et de 50 % au-delà. Le montant total dû s'élève à [montant] € brut.</w:t>
      </w:r>
    </w:p>
    <w:p>
      <w:pPr>
        <w:spacing w:after="40"/>
      </w:pPr>
    </w:p>
    <w:p>
      <w:pPr>
        <w:spacing w:after="40"/>
      </w:pPr>
      <w:r>
        <w:t>Je vous demande de bien vouloir me régler cette somme sur ma prochaine paie, avec un bulletin de paie rectificatif, ou au plus tard dans un délai de [15] jours.</w:t>
      </w:r>
    </w:p>
    <w:p>
      <w:pPr>
        <w:spacing w:after="40"/>
      </w:pPr>
    </w:p>
    <w:p>
      <w:pPr>
        <w:spacing w:after="40"/>
      </w:pPr>
      <w:r>
        <w:t>Je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[Signature]</w:t>
      </w:r>
    </w:p>
    <w:p>
      <w:pPr>
        <w:spacing w:after="40"/>
      </w:pPr>
    </w:p>
    <w:p>
      <w:pPr>
        <w:spacing w:after="40"/>
      </w:pPr>
      <w:r>
        <w:t>Pièces jointes : relevé des heures, justificatifs, bulletins de paie concernés.</w:t>
      </w:r>
    </w:p>
    <w:p>
      <w:r>
        <w:br w:type="page"/>
      </w:r>
    </w:p>
    <w:p>
      <w:pPr>
        <w:pStyle w:val="Heading1"/>
      </w:pPr>
      <w:r>
        <w:t>Modèle 4 – Réclamation d'une prime non versée</w:t>
      </w:r>
    </w:p>
    <w:p>
      <w:pPr>
        <w:spacing w:after="40"/>
      </w:pPr>
      <w:r>
        <w:t>[Prénom Nom]</w:t>
      </w:r>
    </w:p>
    <w:p>
      <w:pPr>
        <w:spacing w:after="40"/>
      </w:pPr>
      <w:r>
        <w:t>[Adresse]</w:t>
      </w:r>
    </w:p>
    <w:p>
      <w:pPr>
        <w:spacing w:after="40"/>
      </w:pPr>
      <w:r>
        <w:t>[Poste occupé]</w:t>
      </w:r>
    </w:p>
    <w:p>
      <w:pPr>
        <w:spacing w:after="40"/>
      </w:pPr>
    </w:p>
    <w:p>
      <w:pPr>
        <w:spacing w:after="40"/>
      </w:pPr>
      <w:r>
        <w:t>[Nom de l'entreprise]</w:t>
      </w:r>
    </w:p>
    <w:p>
      <w:pPr>
        <w:spacing w:after="40"/>
      </w:pPr>
      <w:r>
        <w:t>Service ressources humaines</w:t>
      </w:r>
    </w:p>
    <w:p>
      <w:pPr>
        <w:spacing w:after="40"/>
      </w:pPr>
      <w:r>
        <w:t>[Adresse]</w:t>
      </w:r>
    </w:p>
    <w:p>
      <w:pPr>
        <w:spacing w:after="40"/>
      </w:pPr>
    </w:p>
    <w:p>
      <w:pPr>
        <w:spacing w:after="40"/>
      </w:pPr>
      <w:r>
        <w:t>[Ville], le [date]</w:t>
      </w:r>
    </w:p>
    <w:p>
      <w:pPr>
        <w:spacing w:after="40"/>
      </w:pPr>
    </w:p>
    <w:p>
      <w:pPr>
        <w:spacing w:after="40"/>
      </w:pPr>
      <w:r>
        <w:t>Objet : réclamation concernant le non-versement de ma prime de [nature : fin d'année, objectifs, ancienneté, vacances, rendement]</w:t>
      </w:r>
    </w:p>
    <w:p>
      <w:pPr>
        <w:spacing w:after="40"/>
      </w:pPr>
    </w:p>
    <w:p>
      <w:pPr>
        <w:spacing w:after="40"/>
      </w:pPr>
      <w:r>
        <w:t>Madame, Monsieur,</w:t>
      </w:r>
    </w:p>
    <w:p>
      <w:pPr>
        <w:spacing w:after="40"/>
      </w:pPr>
    </w:p>
    <w:p>
      <w:pPr>
        <w:spacing w:after="40"/>
      </w:pPr>
      <w:r>
        <w:t>[Mon contrat de travail (article X) / la convention collective (nom, article X) / l'accord d'entreprise du (date) / la pratique constante de l'entreprise depuis (année)] prévoit le versement d'une prime de [nature], d'un montant de [montant ou mode de calcul], versée [chaque année en (mois) / chaque trimestre].</w:t>
      </w:r>
    </w:p>
    <w:p>
      <w:pPr>
        <w:spacing w:after="40"/>
      </w:pPr>
    </w:p>
    <w:p>
      <w:pPr>
        <w:spacing w:after="40"/>
      </w:pPr>
      <w:r>
        <w:t>Je remplis les conditions prévues pour en bénéficier : [présence à la date de versement / objectifs atteints (préciser) / ancienneté de (X) ans].</w:t>
      </w:r>
    </w:p>
    <w:p>
      <w:pPr>
        <w:spacing w:after="40"/>
      </w:pPr>
    </w:p>
    <w:p>
      <w:pPr>
        <w:spacing w:after="40"/>
      </w:pPr>
      <w:r>
        <w:t>Or cette prime n'apparaît pas sur mon bulletin de paie de [mois et année].</w:t>
      </w:r>
    </w:p>
    <w:p>
      <w:pPr>
        <w:spacing w:after="40"/>
      </w:pPr>
    </w:p>
    <w:p>
      <w:pPr>
        <w:spacing w:after="40"/>
      </w:pPr>
      <w:r>
        <w:t>Je vous demande de bien vouloir procéder à son versement, soit [montant] € brut, sur ma prochaine paie, ou, si vous estimez qu'elle n'est pas due, de m'en indiquer le motif par écrit.</w:t>
      </w:r>
    </w:p>
    <w:p>
      <w:pPr>
        <w:spacing w:after="40"/>
      </w:pPr>
    </w:p>
    <w:p>
      <w:pPr>
        <w:spacing w:after="40"/>
      </w:pPr>
      <w:r>
        <w:t>Je vous prie d'agréer, Madame, Monsieur, l'expression de mes salutations distinguées.</w:t>
      </w:r>
    </w:p>
    <w:p>
      <w:pPr>
        <w:spacing w:after="40"/>
      </w:pPr>
    </w:p>
    <w:p>
      <w:pPr>
        <w:spacing w:after="40"/>
      </w:pPr>
      <w:r>
        <w:t>[Signature]</w:t>
      </w:r>
    </w:p>
    <w:p>
      <w:pPr>
        <w:spacing w:after="40"/>
      </w:pPr>
    </w:p>
    <w:p>
      <w:pPr>
        <w:spacing w:after="40"/>
      </w:pPr>
      <w:r>
        <w:t>Pièces jointes : (extrait du contrat, de l'accord, bulletins des années précédentes montrant le versement).</w:t>
      </w:r>
    </w:p>
    <w:p>
      <w:r>
        <w:br/>
        <w:t>Source : https://www.lettres-types-gratuites.com/lettre-reclamation-salaire-heures-supplementaires-prime/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