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Réclamation SNCF : 3 modèles de lettres</w:t>
      </w:r>
    </w:p>
    <w:p>
      <w:r>
        <w:t>Modèles gratuits proposés par lettres-types-gratuites.com. Remplacez les éléments entre crochets et supprimez les options inutiles.</w:t>
      </w:r>
    </w:p>
    <w:p>
      <w:pPr>
        <w:pStyle w:val="Heading1"/>
      </w:pPr>
      <w:r>
        <w:t>Modèle 1 – Lettre de réclamation SNCF pour retard (Garantie G30)</w:t>
      </w:r>
    </w:p>
    <w:p>
      <w:pPr>
        <w:spacing w:after="40"/>
      </w:pPr>
      <w:r>
        <w:t>[Prénom Nom]</w:t>
      </w:r>
    </w:p>
    <w:p>
      <w:pPr>
        <w:spacing w:after="40"/>
      </w:pPr>
      <w:r>
        <w:t>[Adresse]</w:t>
      </w:r>
    </w:p>
    <w:p>
      <w:pPr>
        <w:spacing w:after="40"/>
      </w:pPr>
      <w:r>
        <w:t>[Téléphone – e-mail]</w:t>
      </w:r>
    </w:p>
    <w:p>
      <w:pPr>
        <w:spacing w:after="40"/>
      </w:pPr>
    </w:p>
    <w:p>
      <w:pPr>
        <w:spacing w:after="40"/>
      </w:pPr>
      <w:r>
        <w:t>Service G30 SNCF Voyageurs</w:t>
      </w:r>
    </w:p>
    <w:p>
      <w:pPr>
        <w:spacing w:after="40"/>
      </w:pPr>
      <w:r>
        <w:t>CS 69150</w:t>
      </w:r>
    </w:p>
    <w:p>
      <w:pPr>
        <w:spacing w:after="40"/>
      </w:pPr>
      <w:r>
        <w:t>14949 Caen Cedex 9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demande de compensation Garantie G30 – train n° [numéro] du [date]</w:t>
      </w:r>
    </w:p>
    <w:p>
      <w:pPr>
        <w:spacing w:after="40"/>
      </w:pPr>
      <w:r>
        <w:t>Référence du dossier voyage : [6 lettres figurant sur le billet]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J'ai voyagé le [date] à bord du train [TGV INOUI / INTERCITÉS] n° [numéro], de [gare de départ] à [gare d'arrivée], avec une arrivée prévue à [heure].</w:t>
      </w:r>
    </w:p>
    <w:p>
      <w:pPr>
        <w:spacing w:after="40"/>
      </w:pPr>
    </w:p>
    <w:p>
      <w:pPr>
        <w:spacing w:after="40"/>
      </w:pPr>
      <w:r>
        <w:t>Ce train est arrivé à destination à [heure réelle], soit un retard de [durée : ex. « 2 heures et 10 minutes »].</w:t>
      </w:r>
    </w:p>
    <w:p>
      <w:pPr>
        <w:spacing w:after="40"/>
      </w:pPr>
    </w:p>
    <w:p>
      <w:pPr>
        <w:spacing w:after="40"/>
      </w:pPr>
      <w:r>
        <w:t>Au titre de la Garantie G30, je vous demande la compensation correspondant à ce retard, soit [25 / 50 / 75] % du prix de mon billet de [montant] €, hors prestations annexes, c'est-à-dire [montant] €.</w:t>
      </w:r>
    </w:p>
    <w:p>
      <w:pPr>
        <w:spacing w:after="40"/>
      </w:pPr>
    </w:p>
    <w:p>
      <w:pPr>
        <w:spacing w:after="40"/>
      </w:pPr>
      <w:r>
        <w:t>[Si le retard dépasse 1 heure :] Je souhaite recevoir cette somme par virement bancaire, sur le compte dont je joins le relevé d'identité bancaire.</w:t>
      </w:r>
    </w:p>
    <w:p>
      <w:pPr>
        <w:spacing w:after="40"/>
      </w:pPr>
    </w:p>
    <w:p>
      <w:pPr>
        <w:spacing w:after="40"/>
      </w:pPr>
      <w:r>
        <w:t>Vous trouverez ci-joint la copie de mon billet [et l'attestation de retard remise en gare / la capture de l'heure d'arrivée].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[Signature]</w:t>
      </w:r>
    </w:p>
    <w:p>
      <w:pPr>
        <w:spacing w:after="40"/>
      </w:pPr>
    </w:p>
    <w:p>
      <w:pPr>
        <w:spacing w:after="40"/>
      </w:pPr>
      <w:r>
        <w:t>Pièces jointes : copie du billet, relevé d'identité bancaire, justificatif de retard.</w:t>
      </w:r>
    </w:p>
    <w:p>
      <w:r>
        <w:br w:type="page"/>
      </w:r>
    </w:p>
    <w:p>
      <w:pPr>
        <w:pStyle w:val="Heading1"/>
      </w:pPr>
      <w:r>
        <w:t>Modèle 3 – Demande de remboursement pour un train annulé</w:t>
      </w:r>
    </w:p>
    <w:p>
      <w:pPr>
        <w:spacing w:after="40"/>
      </w:pPr>
      <w:r>
        <w:t>[Prénom Nom]</w:t>
      </w:r>
    </w:p>
    <w:p>
      <w:pPr>
        <w:spacing w:after="40"/>
      </w:pPr>
      <w:r>
        <w:t>[Adresse]</w:t>
      </w:r>
    </w:p>
    <w:p>
      <w:pPr>
        <w:spacing w:after="40"/>
      </w:pPr>
      <w:r>
        <w:t>[Téléphone – e-mail]</w:t>
      </w:r>
    </w:p>
    <w:p>
      <w:pPr>
        <w:spacing w:after="40"/>
      </w:pPr>
    </w:p>
    <w:p>
      <w:pPr>
        <w:spacing w:after="40"/>
      </w:pPr>
      <w:r>
        <w:t>Services Relations Clients SNCF Voyageurs</w:t>
      </w:r>
    </w:p>
    <w:p>
      <w:pPr>
        <w:spacing w:after="40"/>
      </w:pPr>
      <w:r>
        <w:t>62973 Arras Cedex 9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demande de remboursement intégral – train supprimé n° [numéro] du [date]</w:t>
      </w:r>
    </w:p>
    <w:p>
      <w:pPr>
        <w:spacing w:after="40"/>
      </w:pPr>
      <w:r>
        <w:t>Référence du dossier voyage : [référence]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J'étais titulaire d'un billet pour le train n° [numéro] du [date], de [gare de départ] à [gare d'arrivée], [ainsi que du trajet retour du (date)], pour un montant total de [montant] €.</w:t>
      </w:r>
    </w:p>
    <w:p>
      <w:pPr>
        <w:spacing w:after="40"/>
      </w:pPr>
    </w:p>
    <w:p>
      <w:pPr>
        <w:spacing w:after="40"/>
      </w:pPr>
      <w:r>
        <w:t>Ce train a été [supprimé / annoncé avec un retard de (durée) au départ], ce dont j'ai été informé(e) le [date] par [e-mail / SMS / affichage en gare]. Je n'ai pas souhaité poursuivre mon voyage dans ces conditions.</w:t>
      </w:r>
    </w:p>
    <w:p>
      <w:pPr>
        <w:spacing w:after="40"/>
      </w:pPr>
    </w:p>
    <w:p>
      <w:pPr>
        <w:spacing w:after="40"/>
      </w:pPr>
      <w:r>
        <w:t>[J'ai annulé mon billet le (date) sur (canal), mais je n'ai reçu aucun remboursement à ce jour. / Je n'ai pas pu annuler mon billet en ligne, l'opération étant refusée.]</w:t>
      </w:r>
    </w:p>
    <w:p>
      <w:pPr>
        <w:spacing w:after="40"/>
      </w:pPr>
    </w:p>
    <w:p>
      <w:pPr>
        <w:spacing w:after="40"/>
      </w:pPr>
      <w:r>
        <w:t>Conformément aux droits des voyageurs ferroviaires, je vous demande le remboursement intégral de mon billet[, retour compris,] soit [montant] €, par virement sur le compte dont je joins le relevé d'identité bancaire, dans un délai d'un mois.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[Signature]</w:t>
      </w:r>
    </w:p>
    <w:p>
      <w:pPr>
        <w:spacing w:after="40"/>
      </w:pPr>
    </w:p>
    <w:p>
      <w:pPr>
        <w:spacing w:after="40"/>
      </w:pPr>
      <w:r>
        <w:t>Pièces jointes : copie du billet, message d'annulation ou de retard, relevé d'identité bancaire.</w:t>
      </w:r>
    </w:p>
    <w:p>
      <w:r>
        <w:br w:type="page"/>
      </w:r>
    </w:p>
    <w:p>
      <w:pPr>
        <w:pStyle w:val="Heading1"/>
      </w:pPr>
      <w:r>
        <w:t>Modèle 9 – Saisine de la Médiatrice SNCF Voyageurs</w:t>
      </w:r>
    </w:p>
    <w:p>
      <w:pPr>
        <w:spacing w:after="40"/>
      </w:pPr>
      <w:r>
        <w:t>[Prénom Nom]</w:t>
      </w:r>
    </w:p>
    <w:p>
      <w:pPr>
        <w:spacing w:after="40"/>
      </w:pPr>
      <w:r>
        <w:t>[Adresse]</w:t>
      </w:r>
    </w:p>
    <w:p>
      <w:pPr>
        <w:spacing w:after="40"/>
      </w:pPr>
      <w:r>
        <w:t>[Téléphone – e-mail]</w:t>
      </w:r>
    </w:p>
    <w:p>
      <w:pPr>
        <w:spacing w:after="40"/>
      </w:pPr>
    </w:p>
    <w:p>
      <w:pPr>
        <w:spacing w:after="40"/>
      </w:pPr>
      <w:r>
        <w:t>Médiatrice SNCF Voyageurs</w:t>
      </w:r>
    </w:p>
    <w:p>
      <w:pPr>
        <w:spacing w:after="40"/>
      </w:pPr>
      <w:r>
        <w:t>TSA 84015</w:t>
      </w:r>
    </w:p>
    <w:p>
      <w:pPr>
        <w:spacing w:after="40"/>
      </w:pPr>
      <w:r>
        <w:t>59317 Valenciennes Cedex 9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demande de médiation – [retard / suppression] du train n° [numéro] du [date]</w:t>
      </w:r>
    </w:p>
    <w:p>
      <w:pPr>
        <w:spacing w:after="40"/>
      </w:pPr>
      <w:r>
        <w:t>Référence du dossier voyage : [référence] – référence de ma réclamation : [référence]</w:t>
      </w:r>
    </w:p>
    <w:p>
      <w:pPr>
        <w:spacing w:after="40"/>
      </w:pPr>
    </w:p>
    <w:p>
      <w:pPr>
        <w:spacing w:after="40"/>
      </w:pPr>
      <w:r>
        <w:t>Madame la Médiatrice,</w:t>
      </w:r>
    </w:p>
    <w:p>
      <w:pPr>
        <w:spacing w:after="40"/>
      </w:pPr>
    </w:p>
    <w:p>
      <w:pPr>
        <w:spacing w:after="40"/>
      </w:pPr>
      <w:r>
        <w:t>Je sollicite votre intervention dans le litige qui m'oppose à SNCF Voyageurs.</w:t>
      </w:r>
    </w:p>
    <w:p>
      <w:pPr>
        <w:spacing w:after="40"/>
      </w:pPr>
    </w:p>
    <w:p>
      <w:pPr>
        <w:spacing w:after="40"/>
      </w:pPr>
      <w:r>
        <w:t>Les faits : le [date], le train n° [numéro] de [gare de départ] à [gare d'arrivée] est arrivé avec [durée] de retard [ou : a été supprimé].</w:t>
      </w:r>
    </w:p>
    <w:p>
      <w:pPr>
        <w:spacing w:after="40"/>
      </w:pPr>
    </w:p>
    <w:p>
      <w:pPr>
        <w:spacing w:after="40"/>
      </w:pPr>
      <w:r>
        <w:t>Ma demande : le [date], j'ai demandé [la compensation G30 de (montant) € / le remboursement de (montant) € / le remboursement de frais de (montant) €].</w:t>
      </w:r>
    </w:p>
    <w:p>
      <w:pPr>
        <w:spacing w:after="40"/>
      </w:pPr>
    </w:p>
    <w:p>
      <w:pPr>
        <w:spacing w:after="40"/>
      </w:pPr>
      <w:r>
        <w:t>La réponse obtenue : le [date], le service client [a refusé ma demande au motif que (motif) / m'a accordé (montant) € seulement / n'a pas répondu malgré ma relance du (date)].</w:t>
      </w:r>
    </w:p>
    <w:p>
      <w:pPr>
        <w:spacing w:after="40"/>
      </w:pPr>
    </w:p>
    <w:p>
      <w:pPr>
        <w:spacing w:after="40"/>
      </w:pPr>
      <w:r>
        <w:t>Je considère cette réponse insuffisante car [argument principal, en deux ou trois lignes].</w:t>
      </w:r>
    </w:p>
    <w:p>
      <w:pPr>
        <w:spacing w:after="40"/>
      </w:pPr>
    </w:p>
    <w:p>
      <w:pPr>
        <w:spacing w:after="40"/>
      </w:pPr>
      <w:r>
        <w:t>Je vous demande de bien vouloir examiner mon dossier et de proposer une solution permettant le versement de [montant] €.</w:t>
      </w:r>
    </w:p>
    <w:p>
      <w:pPr>
        <w:spacing w:after="40"/>
      </w:pPr>
    </w:p>
    <w:p>
      <w:pPr>
        <w:spacing w:after="40"/>
      </w:pPr>
      <w:r>
        <w:t>Je joins la copie de mon billet, de mes réclamations, des réponses reçues et de mes justificatifs.</w:t>
      </w:r>
    </w:p>
    <w:p>
      <w:pPr>
        <w:spacing w:after="40"/>
      </w:pPr>
    </w:p>
    <w:p>
      <w:pPr>
        <w:spacing w:after="40"/>
      </w:pPr>
      <w:r>
        <w:t>Je vous prie d'agréer, Madame la Médiatrice, l'expression de mes salutations respectueuses.</w:t>
      </w:r>
    </w:p>
    <w:p>
      <w:pPr>
        <w:spacing w:after="40"/>
      </w:pPr>
    </w:p>
    <w:p>
      <w:pPr>
        <w:spacing w:after="40"/>
      </w:pPr>
      <w:r>
        <w:t>[Signature]</w:t>
      </w:r>
    </w:p>
    <w:p>
      <w:r>
        <w:br/>
        <w:t>Source : https://www.lettres-types-gratuites.com/lettre-reclamation-sncf-retard-train-annule/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