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A2744"/>
        </w:rPr>
        <w:t>Lettre de réclamation pour un vol annulé</w:t>
      </w:r>
    </w:p>
    <w:p>
      <w:pPr>
        <w:spacing w:after="0"/>
      </w:pPr>
      <w:r>
        <w:t>[Prénom Nom]</w:t>
      </w:r>
    </w:p>
    <w:p>
      <w:pPr>
        <w:spacing w:after="0"/>
      </w:pPr>
      <w:r>
        <w:t>[Adresse]</w:t>
      </w:r>
    </w:p>
    <w:p>
      <w:pPr>
        <w:spacing w:after="0"/>
      </w:pPr>
      <w:r>
        <w:t>[Téléphone – e-mail]</w:t>
      </w:r>
    </w:p>
    <w:p>
      <w:pPr>
        <w:spacing w:after="0"/>
      </w:pPr>
    </w:p>
    <w:p>
      <w:pPr>
        <w:spacing w:after="0"/>
      </w:pPr>
      <w:r>
        <w:t>[Nom de la compagnie aérienne]</w:t>
      </w:r>
    </w:p>
    <w:p>
      <w:pPr>
        <w:spacing w:after="0"/>
      </w:pPr>
      <w:r>
        <w:t>Service clients – Réclamations</w:t>
      </w:r>
    </w:p>
    <w:p>
      <w:pPr>
        <w:spacing w:after="0"/>
      </w:pPr>
      <w:r>
        <w:t>[Adresse du service réclamations ou référence du formulaire en ligne]</w:t>
      </w:r>
    </w:p>
    <w:p>
      <w:pPr>
        <w:spacing w:after="0"/>
      </w:pPr>
    </w:p>
    <w:p>
      <w:pPr>
        <w:spacing w:after="0"/>
      </w:pPr>
      <w:r>
        <w:t>[Ville], le [date]</w:t>
      </w:r>
    </w:p>
    <w:p>
      <w:pPr>
        <w:spacing w:after="0"/>
      </w:pPr>
    </w:p>
    <w:p>
      <w:pPr>
        <w:spacing w:after="0"/>
      </w:pPr>
      <w:r>
        <w:t>Lettre recommandée avec accusé de réception</w:t>
      </w:r>
    </w:p>
    <w:p>
      <w:pPr>
        <w:spacing w:after="0"/>
      </w:pPr>
    </w:p>
    <w:p>
      <w:pPr>
        <w:spacing w:after="0"/>
      </w:pPr>
      <w:r>
        <w:t>Objet : demande d'indemnisation – annulation du vol [numéro de vol] du [date]</w:t>
      </w:r>
    </w:p>
    <w:p>
      <w:pPr>
        <w:spacing w:after="0"/>
      </w:pPr>
      <w:r>
        <w:t>Référence de réservation : [code de réservation]</w:t>
      </w:r>
    </w:p>
    <w:p>
      <w:pPr>
        <w:spacing w:after="0"/>
      </w:pPr>
    </w:p>
    <w:p>
      <w:pPr>
        <w:spacing w:after="0"/>
      </w:pPr>
      <w:r>
        <w:t>Madame, Monsieur,</w:t>
      </w:r>
    </w:p>
    <w:p>
      <w:pPr>
        <w:spacing w:after="0"/>
      </w:pPr>
    </w:p>
    <w:p>
      <w:pPr>
        <w:spacing w:after="0"/>
      </w:pPr>
      <w:r>
        <w:t>J'étais titulaire d'une réservation confirmée sur le vol [numéro], prévu le [date] à [heure] au départ de [aéroport de départ] à destination de [aéroport d'arrivée]. Ce vol a été annulé, et j'en ai été informé le [date de l'information], soit moins de 14 jours avant la date de départ prévue.</w:t>
      </w:r>
    </w:p>
    <w:p>
      <w:pPr>
        <w:spacing w:after="0"/>
      </w:pPr>
    </w:p>
    <w:p>
      <w:pPr>
        <w:spacing w:after="0"/>
      </w:pPr>
      <w:r>
        <w:t>[Vous m'avez proposé un réacheminement sur le vol (numéro), arrivé à destination le (date) à (heure), soit (nombre) heures après l'heure d'arrivée initialement prévue. / Aucun vol de remplacement aux horaires proches ne m'a été proposé.]</w:t>
      </w:r>
    </w:p>
    <w:p>
      <w:pPr>
        <w:spacing w:after="0"/>
      </w:pPr>
    </w:p>
    <w:p>
      <w:pPr>
        <w:spacing w:after="0"/>
      </w:pPr>
      <w:r>
        <w:t>En application des articles 5 et 7 du règlement (CE) n° 261/2004, je vous demande de me verser l'indemnisation forfaitaire de [250 / 400 / 600] €, correspondant à une distance de [distance] km entre [ville de départ] et [ville d'arrivée]. [Je vous demande également le remboursement des frais suivants, engagés faute d'assistance : (repas, hôtel, transport), pour un montant total de (montant) €, justificatifs joints.]</w:t>
      </w:r>
    </w:p>
    <w:p>
      <w:pPr>
        <w:spacing w:after="0"/>
      </w:pPr>
    </w:p>
    <w:p>
      <w:pPr>
        <w:spacing w:after="0"/>
      </w:pPr>
      <w:r>
        <w:t>Je souhaite être payé par virement sur le compte dont le relevé d'identité bancaire est joint. Je n'accepte pas de bons d'achat ou d'avoir en remplacement de cette somme.</w:t>
      </w:r>
    </w:p>
    <w:p>
      <w:pPr>
        <w:spacing w:after="0"/>
      </w:pPr>
    </w:p>
    <w:p>
      <w:pPr>
        <w:spacing w:after="0"/>
      </w:pPr>
      <w:r>
        <w:t>Je joins la copie de ma réservation, de ma carte d'embarquement ou de mon billet, du message d'annulation et de mes justificatifs de dépenses.</w:t>
      </w:r>
    </w:p>
    <w:p>
      <w:pPr>
        <w:spacing w:after="0"/>
      </w:pPr>
    </w:p>
    <w:p>
      <w:pPr>
        <w:spacing w:after="0"/>
      </w:pPr>
      <w:r>
        <w:t>À défaut de réponse satisfaisante dans un délai de 60 jours, je saisirai le Médiateur Tourisme et Voyage, préalable obligatoire à toute action en justice depuis le 7 février 2026.</w:t>
      </w:r>
    </w:p>
    <w:p>
      <w:pPr>
        <w:spacing w:after="0"/>
      </w:pPr>
    </w:p>
    <w:p>
      <w:pPr>
        <w:spacing w:after="0"/>
      </w:pPr>
      <w:r>
        <w:t>Je vous prie d'agréer, Madame, Monsieur, l'expression de mes salutations distinguées.</w:t>
      </w:r>
    </w:p>
    <w:p>
      <w:pPr>
        <w:spacing w:after="0"/>
      </w:pPr>
    </w:p>
    <w:p>
      <w:pPr>
        <w:spacing w:after="0"/>
      </w:pPr>
      <w:r>
        <w:t>[Signature]</w:t>
      </w:r>
    </w:p>
    <w:p>
      <w:r>
        <w:rPr>
          <w:sz w:val="16"/>
        </w:rPr>
        <w:t>Modèle gratuit : lettres-types-gratuites.com</w:t>
      </w:r>
    </w:p>
    <w:p>
      <w:r>
        <w:br w:type="page"/>
      </w:r>
    </w:p>
    <w:p>
      <w:pPr>
        <w:pStyle w:val="Heading1"/>
      </w:pPr>
      <w:r>
        <w:rPr>
          <w:color w:val="1A2744"/>
        </w:rPr>
        <w:t>Lettre d'indemnisation pour un vol retardé de plus de 3 heures</w:t>
      </w:r>
    </w:p>
    <w:p>
      <w:pPr>
        <w:spacing w:after="0"/>
      </w:pPr>
      <w:r>
        <w:t>[Prénom Nom]</w:t>
      </w:r>
    </w:p>
    <w:p>
      <w:pPr>
        <w:spacing w:after="0"/>
      </w:pPr>
      <w:r>
        <w:t>[Adresse]</w:t>
      </w:r>
    </w:p>
    <w:p>
      <w:pPr>
        <w:spacing w:after="0"/>
      </w:pPr>
      <w:r>
        <w:t>[Téléphone – e-mail]</w:t>
      </w:r>
    </w:p>
    <w:p>
      <w:pPr>
        <w:spacing w:after="0"/>
      </w:pPr>
    </w:p>
    <w:p>
      <w:pPr>
        <w:spacing w:after="0"/>
      </w:pPr>
      <w:r>
        <w:t>[Nom de la compagnie aérienne]</w:t>
      </w:r>
    </w:p>
    <w:p>
      <w:pPr>
        <w:spacing w:after="0"/>
      </w:pPr>
      <w:r>
        <w:t>Service clients – Réclamations</w:t>
      </w:r>
    </w:p>
    <w:p>
      <w:pPr>
        <w:spacing w:after="0"/>
      </w:pPr>
      <w:r>
        <w:t>[Adresse]</w:t>
      </w:r>
    </w:p>
    <w:p>
      <w:pPr>
        <w:spacing w:after="0"/>
      </w:pPr>
    </w:p>
    <w:p>
      <w:pPr>
        <w:spacing w:after="0"/>
      </w:pPr>
      <w:r>
        <w:t>[Ville], le [date]</w:t>
      </w:r>
    </w:p>
    <w:p>
      <w:pPr>
        <w:spacing w:after="0"/>
      </w:pPr>
    </w:p>
    <w:p>
      <w:pPr>
        <w:spacing w:after="0"/>
      </w:pPr>
      <w:r>
        <w:t>Lettre recommandée avec accusé de réception</w:t>
      </w:r>
    </w:p>
    <w:p>
      <w:pPr>
        <w:spacing w:after="0"/>
      </w:pPr>
    </w:p>
    <w:p>
      <w:pPr>
        <w:spacing w:after="0"/>
      </w:pPr>
      <w:r>
        <w:t>Objet : demande d'indemnisation – retard du vol [numéro de vol] du [date]</w:t>
      </w:r>
    </w:p>
    <w:p>
      <w:pPr>
        <w:spacing w:after="0"/>
      </w:pPr>
      <w:r>
        <w:t>Référence de réservation : [code de réservation]</w:t>
      </w:r>
    </w:p>
    <w:p>
      <w:pPr>
        <w:spacing w:after="0"/>
      </w:pPr>
    </w:p>
    <w:p>
      <w:pPr>
        <w:spacing w:after="0"/>
      </w:pPr>
      <w:r>
        <w:t>Madame, Monsieur,</w:t>
      </w:r>
    </w:p>
    <w:p>
      <w:pPr>
        <w:spacing w:after="0"/>
      </w:pPr>
    </w:p>
    <w:p>
      <w:pPr>
        <w:spacing w:after="0"/>
      </w:pPr>
      <w:r>
        <w:t>J'ai voyagé sur le vol [numéro] du [date], au départ de [aéroport] à destination de [aéroport d'arrivée finale], dont l'arrivée était prévue à [heure]. L'avion est arrivé à [heure réelle d'ouverture des portes], soit avec un retard de [nombre] heures et [nombre] minutes à l'arrivée.</w:t>
      </w:r>
    </w:p>
    <w:p>
      <w:pPr>
        <w:spacing w:after="0"/>
      </w:pPr>
    </w:p>
    <w:p>
      <w:pPr>
        <w:spacing w:after="0"/>
      </w:pPr>
      <w:r>
        <w:t>Conformément au règlement (CE) n° 261/2004, tel qu'interprété par la Cour de justice de l'Union européenne, un retard de 3 heures ou plus à l'arrivée ouvre droit à l'indemnisation prévue par son article 7. La distance entre [ville de départ] et [ville d'arrivée] étant de [distance] km, je vous demande le versement de la somme de [250 / 400 / 600] € [par passager, soit (montant total) € pour les (nombre) passagers de cette réservation : (noms)].</w:t>
      </w:r>
    </w:p>
    <w:p>
      <w:pPr>
        <w:spacing w:after="0"/>
      </w:pPr>
    </w:p>
    <w:p>
      <w:pPr>
        <w:spacing w:after="0"/>
      </w:pPr>
      <w:r>
        <w:t>Aucune circonstance extraordinaire ne m'a été indiquée. [Le motif invoqué à l'aéroport était (motif) ; si vous estimez qu'il s'agit d'une circonstance extraordinaire, je vous remercie de m'en communiquer la preuve.]</w:t>
      </w:r>
    </w:p>
    <w:p>
      <w:pPr>
        <w:spacing w:after="0"/>
      </w:pPr>
    </w:p>
    <w:p>
      <w:pPr>
        <w:spacing w:after="0"/>
      </w:pPr>
      <w:r>
        <w:t>Je souhaite être payé par virement sur le compte dont le relevé d'identité bancaire est joint, et n'accepte pas de bons d'achat.</w:t>
      </w:r>
    </w:p>
    <w:p>
      <w:pPr>
        <w:spacing w:after="0"/>
      </w:pPr>
    </w:p>
    <w:p>
      <w:pPr>
        <w:spacing w:after="0"/>
      </w:pPr>
      <w:r>
        <w:t>Je joins la copie de ma réservation, de ma carte d'embarquement et [de la photographie de l'heure d'arrivée / de l'attestation de retard].</w:t>
      </w:r>
    </w:p>
    <w:p>
      <w:pPr>
        <w:spacing w:after="0"/>
      </w:pPr>
    </w:p>
    <w:p>
      <w:pPr>
        <w:spacing w:after="0"/>
      </w:pPr>
      <w:r>
        <w:t>À défaut de réponse satisfaisante dans un délai de 60 jours, je saisirai le Médiateur Tourisme et Voyage.</w:t>
      </w:r>
    </w:p>
    <w:p>
      <w:pPr>
        <w:spacing w:after="0"/>
      </w:pPr>
    </w:p>
    <w:p>
      <w:pPr>
        <w:spacing w:after="0"/>
      </w:pPr>
      <w:r>
        <w:t>Je vous prie d'agréer, Madame, Monsieur, l'expression de mes salutations distinguées.</w:t>
      </w:r>
    </w:p>
    <w:p>
      <w:pPr>
        <w:spacing w:after="0"/>
      </w:pPr>
    </w:p>
    <w:p>
      <w:pPr>
        <w:spacing w:after="0"/>
      </w:pPr>
      <w:r>
        <w:t>[Signature]</w:t>
      </w:r>
    </w:p>
    <w:p>
      <w:r>
        <w:rPr>
          <w:sz w:val="16"/>
        </w:rPr>
        <w:t>Modèle gratuit : lettres-types-gratuites.com</w:t>
      </w:r>
    </w:p>
    <w:p>
      <w:r>
        <w:br w:type="page"/>
      </w:r>
    </w:p>
    <w:p>
      <w:pPr>
        <w:pStyle w:val="Heading1"/>
      </w:pPr>
      <w:r>
        <w:rPr>
          <w:color w:val="1A2744"/>
        </w:rPr>
        <w:t>Exposé du litige pour saisir le Médiateur Tourisme et Voyage</w:t>
      </w:r>
    </w:p>
    <w:p>
      <w:pPr>
        <w:spacing w:after="0"/>
      </w:pPr>
      <w:r>
        <w:t>Exposé du litige</w:t>
      </w:r>
    </w:p>
    <w:p>
      <w:pPr>
        <w:spacing w:after="0"/>
      </w:pPr>
    </w:p>
    <w:p>
      <w:pPr>
        <w:spacing w:after="0"/>
      </w:pPr>
      <w:r>
        <w:t>Compagnie : [nom de la compagnie]</w:t>
      </w:r>
    </w:p>
    <w:p>
      <w:pPr>
        <w:spacing w:after="0"/>
      </w:pPr>
      <w:r>
        <w:t>Vol : [numéro], du [date], de [aéroport de départ] à [aéroport d'arrivée]</w:t>
      </w:r>
    </w:p>
    <w:p>
      <w:pPr>
        <w:spacing w:after="0"/>
      </w:pPr>
      <w:r>
        <w:t>Référence de réservation : [code]</w:t>
      </w:r>
    </w:p>
    <w:p>
      <w:pPr>
        <w:spacing w:after="0"/>
      </w:pPr>
      <w:r>
        <w:t>Passagers concernés : [noms]</w:t>
      </w:r>
    </w:p>
    <w:p>
      <w:pPr>
        <w:spacing w:after="0"/>
      </w:pPr>
    </w:p>
    <w:p>
      <w:pPr>
        <w:spacing w:after="0"/>
      </w:pPr>
      <w:r>
        <w:t>Faits : le vol a été [annulé le (date), avec information du (date) / retardé de (nombre) heures à l'arrivée, avec ouverture des portes à (heure) au lieu de (heure)].</w:t>
      </w:r>
    </w:p>
    <w:p>
      <w:pPr>
        <w:spacing w:after="0"/>
      </w:pPr>
    </w:p>
    <w:p>
      <w:pPr>
        <w:spacing w:after="0"/>
      </w:pPr>
      <w:r>
        <w:t>Démarches préalables : j'ai adressé une réclamation écrite à la compagnie le [date], [par formulaire en ligne, référence (numéro) / par lettre recommandée, accusé de réception du (date)]. [La compagnie a refusé le (date) en invoquant (motif). / La compagnie n'a pas répondu dans le délai de 60 jours.]</w:t>
      </w:r>
    </w:p>
    <w:p>
      <w:pPr>
        <w:spacing w:after="0"/>
      </w:pPr>
    </w:p>
    <w:p>
      <w:pPr>
        <w:spacing w:after="0"/>
      </w:pPr>
      <w:r>
        <w:t>Demande : versement de l'indemnisation forfaitaire de [montant] € par passager prévue à l'article 7 du règlement (CE) n° 261/2004, soit [montant total] €, [et remboursement des frais d'assistance de (montant) €], par virement bancaire.</w:t>
      </w:r>
    </w:p>
    <w:p>
      <w:pPr>
        <w:spacing w:after="0"/>
      </w:pPr>
    </w:p>
    <w:p>
      <w:pPr>
        <w:spacing w:after="0"/>
      </w:pPr>
      <w:r>
        <w:t>Pièces jointes : réservation, carte d'embarquement, message d'annulation ou preuve du retard, réclamation adressée à la compagnie et sa réponse, factures, relevé d'identité bancaire.</w:t>
      </w:r>
    </w:p>
    <w:p>
      <w:r>
        <w:rPr>
          <w:sz w:val="16"/>
        </w:rPr>
        <w:t>Modèle gratuit : lettres-types-gratuites.com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