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F97316"/>
        </w:rPr>
        <w:t>[Prénom Nom]</w:t>
      </w:r>
    </w:p>
    <w:p>
      <w:r>
        <w:rPr>
          <w:color w:val="F97316"/>
        </w:rPr>
        <w:t>[Adresse]</w:t>
      </w:r>
    </w:p>
    <w:p>
      <w:r>
        <w:rPr>
          <w:color w:val="F97316"/>
        </w:rPr>
        <w:t>[Téléphone – e-mail]</w:t>
      </w:r>
    </w:p>
    <w:p/>
    <w:p>
      <w:r>
        <w:rPr>
          <w:color w:val="F97316"/>
        </w:rPr>
        <w:t>[Nom de l'entreprise ou de l'artisan]</w:t>
      </w:r>
    </w:p>
    <w:p>
      <w:r>
        <w:rPr>
          <w:color w:val="F97316"/>
        </w:rPr>
        <w:t>[Adresse]</w:t>
      </w:r>
    </w:p>
    <w:p/>
    <w:p>
      <w:r>
        <w:t xml:space="preserve">À </w:t>
      </w:r>
      <w:r>
        <w:rPr>
          <w:color w:val="F97316"/>
        </w:rPr>
        <w:t>[ville]</w:t>
      </w:r>
      <w:r>
        <w:t xml:space="preserve">, le </w:t>
      </w:r>
      <w:r>
        <w:rPr>
          <w:color w:val="F97316"/>
        </w:rPr>
        <w:t>[date]</w:t>
      </w:r>
    </w:p>
    <w:p/>
    <w:p>
      <w:r>
        <w:rPr>
          <w:b/>
          <w:color w:val="1A2744"/>
        </w:rPr>
        <w:t>Lettre recommandée avec avis de réception</w:t>
      </w:r>
    </w:p>
    <w:p/>
    <w:p>
      <w:r>
        <w:rPr>
          <w:b/>
          <w:color w:val="1A2744"/>
        </w:rPr>
        <w:t>Objet : mise en demeure de reprendre les malfaçons</w:t>
      </w:r>
    </w:p>
    <w:p>
      <w:r>
        <w:t xml:space="preserve">Référence : devis n° </w:t>
      </w:r>
      <w:r>
        <w:rPr>
          <w:color w:val="F97316"/>
        </w:rPr>
        <w:t>[numéro]</w:t>
      </w:r>
      <w:r>
        <w:t xml:space="preserve"> du </w:t>
      </w:r>
      <w:r>
        <w:rPr>
          <w:color w:val="F97316"/>
        </w:rPr>
        <w:t>[date]</w:t>
      </w:r>
      <w:r>
        <w:t xml:space="preserve">, accepté le </w:t>
      </w:r>
      <w:r>
        <w:rPr>
          <w:color w:val="F97316"/>
        </w:rPr>
        <w:t>[date]</w:t>
      </w:r>
      <w:r>
        <w:t xml:space="preserve">, montant </w:t>
      </w:r>
      <w:r>
        <w:rPr>
          <w:color w:val="F97316"/>
        </w:rPr>
        <w:t>[montant]</w:t>
      </w:r>
      <w:r>
        <w:t xml:space="preserve"> € TTC</w:t>
      </w:r>
    </w:p>
    <w:p>
      <w:r>
        <w:t xml:space="preserve">Chantier : </w:t>
      </w:r>
      <w:r>
        <w:rPr>
          <w:color w:val="F97316"/>
        </w:rPr>
        <w:t>[adresse des travaux]</w:t>
      </w:r>
    </w:p>
    <w:p/>
    <w:p>
      <w:r>
        <w:t>Madame, Monsieur,</w:t>
      </w:r>
    </w:p>
    <w:p/>
    <w:p>
      <w:r>
        <w:t xml:space="preserve">Vous avez réalisé à mon domicile des travaux de </w:t>
      </w:r>
      <w:r>
        <w:rPr>
          <w:color w:val="F97316"/>
        </w:rPr>
        <w:t>[nature des travaux]</w:t>
      </w:r>
      <w:r>
        <w:t xml:space="preserve">, </w:t>
      </w:r>
      <w:r>
        <w:rPr>
          <w:color w:val="F97316"/>
        </w:rPr>
        <w:t>[terminés / réceptionnés]</w:t>
      </w:r>
      <w:r>
        <w:t xml:space="preserve"> le </w:t>
      </w:r>
      <w:r>
        <w:rPr>
          <w:color w:val="F97316"/>
        </w:rPr>
        <w:t>[date]</w:t>
      </w:r>
      <w:r>
        <w:t>.</w:t>
      </w:r>
    </w:p>
    <w:p/>
    <w:p>
      <w:r>
        <w:t>J'ai constaté les défauts suivants, qui ne sont conformes ni au devis ni aux règles de l'art :</w:t>
      </w:r>
    </w:p>
    <w:p>
      <w:r>
        <w:t xml:space="preserve">– </w:t>
      </w:r>
      <w:r>
        <w:rPr>
          <w:color w:val="F97316"/>
        </w:rPr>
        <w:t>[défaut 1 : description précise et emplacement]</w:t>
      </w:r>
      <w:r>
        <w:t xml:space="preserve"> ;</w:t>
      </w:r>
    </w:p>
    <w:p>
      <w:r>
        <w:t xml:space="preserve">– </w:t>
      </w:r>
      <w:r>
        <w:rPr>
          <w:color w:val="F97316"/>
        </w:rPr>
        <w:t>[défaut 2 : description précise et emplacement]</w:t>
      </w:r>
      <w:r>
        <w:t xml:space="preserve"> ;</w:t>
      </w:r>
    </w:p>
    <w:p>
      <w:r>
        <w:t xml:space="preserve">– </w:t>
      </w:r>
      <w:r>
        <w:rPr>
          <w:color w:val="F97316"/>
        </w:rPr>
        <w:t>[défaut 3 : description précise et emplacement]</w:t>
      </w:r>
      <w:r>
        <w:t>.</w:t>
      </w:r>
    </w:p>
    <w:p>
      <w:r>
        <w:t>Des photos datées sont jointes à ce courrier.</w:t>
      </w:r>
    </w:p>
    <w:p/>
    <w:p>
      <w:r>
        <w:rPr>
          <w:color w:val="F97316"/>
        </w:rPr>
        <w:t>[Je vous les ai signalés le [date]</w:t>
      </w:r>
      <w:r>
        <w:t xml:space="preserve"> par </w:t>
      </w:r>
      <w:r>
        <w:rPr>
          <w:color w:val="F97316"/>
        </w:rPr>
        <w:t>[téléphone / e-mail / courrier]</w:t>
      </w:r>
      <w:r>
        <w:t xml:space="preserve">, sans suite. / Ces défauts figurent dans les réserves du procès-verbal de réception du </w:t>
      </w:r>
      <w:r>
        <w:rPr>
          <w:color w:val="F97316"/>
        </w:rPr>
        <w:t>[date]</w:t>
      </w:r>
      <w:r>
        <w:t xml:space="preserve"> et relèvent de la garantie de parfait achèvement prévue par l'article 1792-6 du Code civil.]</w:t>
      </w:r>
    </w:p>
    <w:p/>
    <w:p>
      <w:r>
        <w:t xml:space="preserve">Je vous mets en demeure de reprendre ces malfaçons dans un délai de </w:t>
      </w:r>
      <w:r>
        <w:rPr>
          <w:color w:val="F97316"/>
        </w:rPr>
        <w:t>[15]</w:t>
      </w:r>
      <w:r>
        <w:t xml:space="preserve"> jours à compter de la réception de ce courrier, et de me proposer d'ici là une date d'intervention.</w:t>
      </w:r>
    </w:p>
    <w:p/>
    <w:p>
      <w:r>
        <w:t xml:space="preserve">À défaut, je ferai constater les désordres et je me réserve de faire réaliser les reprises par une autre entreprise à vos frais, de saisir </w:t>
      </w:r>
      <w:r>
        <w:rPr>
          <w:color w:val="F97316"/>
        </w:rPr>
        <w:t>[le médiateur de la consommation dont vous relevez / un conciliateur de justice]</w:t>
      </w:r>
      <w:r>
        <w:t>, puis le tribunal compétent.</w:t>
      </w:r>
    </w:p>
    <w:p/>
    <w:p>
      <w:r>
        <w:rPr>
          <w:color w:val="F97316"/>
        </w:rPr>
        <w:t>[Dans l'attente, je conserve sur le solde la somme de [montant]</w:t>
      </w:r>
      <w:r>
        <w:t xml:space="preserve"> €, qui correspond au coût estimé des reprises selon le devis joint.]</w:t>
      </w:r>
    </w:p>
    <w:p/>
    <w:p>
      <w:r>
        <w:t>Je vous prie d'agréer, Madame, Monsieur, mes salutations distinguées.</w:t>
      </w:r>
    </w:p>
    <w:p/>
    <w:p>
      <w:r>
        <w:rPr>
          <w:color w:val="F97316"/>
        </w:rPr>
        <w:t>[Signature]</w:t>
      </w:r>
    </w:p>
    <w:p/>
    <w:p>
      <w:r>
        <w:t xml:space="preserve">Pièces jointes : copie du devis signé, </w:t>
      </w:r>
      <w:r>
        <w:rPr>
          <w:color w:val="F97316"/>
        </w:rPr>
        <w:t>[procès-verbal de réception]</w:t>
      </w:r>
      <w:r>
        <w:t>, photos datées, copie de mes précédents échanges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Modèle gratuit – lettres-types-gratuites.com – à personnaliser : remplacez les passages entre crochets.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12" w:space="4" w:color="f97316"/>
      </w:pBdr>
    </w:pPr>
    <w:r>
      <w:rPr>
        <w:b/>
        <w:color w:val="1A2744"/>
        <w:sz w:val="20"/>
      </w:rPr>
      <w:t>Mise en demeure – reprise des malfaçons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Mise en demeure – reprise des malfaçons</dc:title>
  <dc:subject/>
  <dc:creator>Lettres Types Gratuites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