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F97316"/>
        </w:rPr>
        <w:t>[Prénom Nom]</w:t>
      </w:r>
    </w:p>
    <w:p>
      <w:r>
        <w:rPr>
          <w:color w:val="F97316"/>
        </w:rPr>
        <w:t>[Nouvelle adresse]</w:t>
      </w:r>
    </w:p>
    <w:p>
      <w:r>
        <w:rPr>
          <w:color w:val="F97316"/>
        </w:rPr>
        <w:t>[Téléphone – e-mail]</w:t>
      </w:r>
    </w:p>
    <w:p/>
    <w:p>
      <w:r>
        <w:rPr>
          <w:color w:val="F97316"/>
        </w:rPr>
        <w:t>[Nom du propriétaire ou de l'agence]</w:t>
      </w:r>
    </w:p>
    <w:p>
      <w:r>
        <w:rPr>
          <w:color w:val="F97316"/>
        </w:rPr>
        <w:t>[Adresse]</w:t>
      </w:r>
    </w:p>
    <w:p/>
    <w:p>
      <w:r>
        <w:t xml:space="preserve">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</w:p>
    <w:p/>
    <w:p>
      <w:r>
        <w:rPr>
          <w:b/>
          <w:color w:val="1A2744"/>
        </w:rPr>
        <w:t>Lettre recommandée avec avis de réception</w:t>
      </w:r>
    </w:p>
    <w:p/>
    <w:p>
      <w:r>
        <w:rPr>
          <w:b/>
          <w:color w:val="1A2744"/>
        </w:rPr>
        <w:t>Objet : mise en demeure de restituer mon dépôt de garantie majoré des pénalités de retard</w:t>
      </w:r>
    </w:p>
    <w:p>
      <w:r>
        <w:t xml:space="preserve">Logement : </w:t>
      </w:r>
      <w:r>
        <w:rPr>
          <w:color w:val="F97316"/>
        </w:rPr>
        <w:t>[adresse du logement quitté]</w:t>
      </w:r>
    </w:p>
    <w:p/>
    <w:p>
      <w:r>
        <w:t>Madame, Monsieur,</w:t>
      </w:r>
    </w:p>
    <w:p/>
    <w:p>
      <w:r>
        <w:t xml:space="preserve">Je vous ai remis les clés du logement situé </w:t>
      </w:r>
      <w:r>
        <w:rPr>
          <w:color w:val="F97316"/>
        </w:rPr>
        <w:t>[adresse]</w:t>
      </w:r>
      <w:r>
        <w:t xml:space="preserve"> le </w:t>
      </w:r>
      <w:r>
        <w:rPr>
          <w:color w:val="F97316"/>
        </w:rPr>
        <w:t>[date]</w:t>
      </w:r>
      <w:r>
        <w:t xml:space="preserve">, </w:t>
      </w:r>
      <w:r>
        <w:rPr>
          <w:color w:val="F97316"/>
        </w:rPr>
        <w:t>[en main propre / par lettre recommandée avec avis de réception]</w:t>
      </w:r>
      <w:r>
        <w:t xml:space="preserve">, et je vous ai communiqué à cette occasion ma nouvelle adresse. Par courrier </w:t>
      </w:r>
      <w:r>
        <w:rPr>
          <w:color w:val="F97316"/>
        </w:rPr>
        <w:t>[ou e-mail]</w:t>
      </w:r>
      <w:r>
        <w:t xml:space="preserve"> du </w:t>
      </w:r>
      <w:r>
        <w:rPr>
          <w:color w:val="F97316"/>
        </w:rPr>
        <w:t>[date de la relance]</w:t>
      </w:r>
      <w:r>
        <w:t xml:space="preserve">, je vous ai demandé la restitution de mon dépôt de garantie de </w:t>
      </w:r>
      <w:r>
        <w:rPr>
          <w:color w:val="F97316"/>
        </w:rPr>
        <w:t>[montant]</w:t>
      </w:r>
      <w:r>
        <w:t xml:space="preserve"> €. Cette demande est restée sans effet.</w:t>
      </w:r>
    </w:p>
    <w:p/>
    <w:p>
      <w:r>
        <w:t xml:space="preserve">L'article 22 de la loi n° 89-462 du 6 juillet 1989 vous imposait de me restituer ce dépôt dans un délai de </w:t>
      </w:r>
      <w:r>
        <w:rPr>
          <w:color w:val="F97316"/>
        </w:rPr>
        <w:t>[un mois / deux mois]</w:t>
      </w:r>
      <w:r>
        <w:t xml:space="preserve"> à compter de la remise des clés, soit au plus tard le </w:t>
      </w:r>
      <w:r>
        <w:rPr>
          <w:color w:val="F97316"/>
        </w:rPr>
        <w:t>[date]</w:t>
      </w:r>
      <w:r>
        <w:t>. Ce même article prévoit qu'à défaut de restitution dans ce délai, le dépôt de garantie restant dû est majoré d'une somme égale à 10 % du loyer mensuel hors charges pour chaque période mensuelle commencée en retard.</w:t>
      </w:r>
    </w:p>
    <w:p/>
    <w:p>
      <w:r>
        <w:t>À ce jour, la somme due s'établit comme suit :</w:t>
      </w:r>
    </w:p>
    <w:p>
      <w:r>
        <w:t xml:space="preserve">– dépôt de garantie restant dû : </w:t>
      </w:r>
      <w:r>
        <w:rPr>
          <w:color w:val="F97316"/>
        </w:rPr>
        <w:t>[montant]</w:t>
      </w:r>
      <w:r>
        <w:t xml:space="preserve"> €</w:t>
      </w:r>
    </w:p>
    <w:p>
      <w:r>
        <w:t xml:space="preserve">– majoration : </w:t>
      </w:r>
      <w:r>
        <w:rPr>
          <w:color w:val="F97316"/>
        </w:rPr>
        <w:t>[loyer hors charges]</w:t>
      </w:r>
      <w:r>
        <w:t xml:space="preserve"> € × 10 % × </w:t>
      </w:r>
      <w:r>
        <w:rPr>
          <w:color w:val="F97316"/>
        </w:rPr>
        <w:t>[nombre]</w:t>
      </w:r>
      <w:r>
        <w:t xml:space="preserve"> mois de retard commencés = </w:t>
      </w:r>
      <w:r>
        <w:rPr>
          <w:color w:val="F97316"/>
        </w:rPr>
        <w:t>[montant]</w:t>
      </w:r>
      <w:r>
        <w:t xml:space="preserve"> €</w:t>
      </w:r>
    </w:p>
    <w:p>
      <w:r>
        <w:t xml:space="preserve">– total : </w:t>
      </w:r>
      <w:r>
        <w:rPr>
          <w:color w:val="F97316"/>
        </w:rPr>
        <w:t>[montant]</w:t>
      </w:r>
      <w:r>
        <w:t xml:space="preserve"> €</w:t>
      </w:r>
    </w:p>
    <w:p>
      <w:r>
        <w:t>La majoration continue de courir jusqu'au paiement complet.</w:t>
      </w:r>
    </w:p>
    <w:p/>
    <w:p>
      <w:r>
        <w:t xml:space="preserve">Je vous mets en demeure de me verser cette somme dans un délai de </w:t>
      </w:r>
      <w:r>
        <w:rPr>
          <w:color w:val="F97316"/>
        </w:rPr>
        <w:t>[8 / 15]</w:t>
      </w:r>
      <w:r>
        <w:t xml:space="preserve"> jours à réception de ce courrier, par virement sur le compte dont je joins le RIB.</w:t>
      </w:r>
    </w:p>
    <w:p/>
    <w:p>
      <w:r>
        <w:t xml:space="preserve">À défaut, je saisirai </w:t>
      </w:r>
      <w:r>
        <w:rPr>
          <w:color w:val="F97316"/>
        </w:rPr>
        <w:t>[le conciliateur de justice / la commission départementale de conciliation]</w:t>
      </w:r>
      <w:r>
        <w:t>, puis, si nécessaire, le juge des contentieux de la protection du tribunal dont dépend le logement.</w:t>
      </w:r>
    </w:p>
    <w:p/>
    <w:p>
      <w:r>
        <w:t>Je vous prie d'agréer, Madame, Monsieur, mes salutations distinguées.</w:t>
      </w:r>
    </w:p>
    <w:p/>
    <w:p>
      <w:r>
        <w:rPr>
          <w:color w:val="F97316"/>
        </w:rPr>
        <w:t>[Signature]</w:t>
      </w:r>
    </w:p>
    <w:p/>
    <w:p>
      <w:r>
        <w:t>Pièces jointes : copie du bail, états des lieux d'entrée et de sortie, preuve de remise des clés, copie de ma relance, RIB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Mise en demeure – restitution du dépôt de garantie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– restitution du dépôt de garantie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