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14 lettres de demande de stage en entreprise par secteur</w:t>
      </w:r>
    </w:p>
    <w:p>
      <w:r>
        <w:rPr>
          <w:i/>
        </w:rPr>
        <w:t>Lettres Types Gratuites — lettres-types-gratuites.com — mise à jour du 5 octobre 2026</w:t>
      </w:r>
    </w:p>
    <w:p>
      <w:r>
        <w:t>Remplacez les mentions entre crochets, vérifiez que les dates et la durée figurent dans l’objet et dans le corps de la lettre, et gardez une seule page.</w:t>
      </w:r>
    </w:p>
    <w:p>
      <w:pPr>
        <w:pStyle w:val="Heading1"/>
      </w:pPr>
      <w:r>
        <w:t>Sommaire</w:t>
      </w:r>
    </w:p>
    <w:p>
      <w:r>
        <w:t>1. Lettre de demande de stage en entreprise : le modèle de base</w:t>
      </w:r>
    </w:p>
    <w:p>
      <w:r>
        <w:t>2. Lettre de demande de stage dans une banque ou une assurance</w:t>
      </w:r>
    </w:p>
    <w:p>
      <w:r>
        <w:t>3. Lettre de demande de stage en grande distribution ou en magasin</w:t>
      </w:r>
    </w:p>
    <w:p>
      <w:r>
        <w:t>4. Lettre de demande de stage dans l’industrie ou en usine</w:t>
      </w:r>
    </w:p>
    <w:p>
      <w:r>
        <w:t>5. Lettre de demande de stage dans l’agroalimentaire ou une exploitation agricole</w:t>
      </w:r>
    </w:p>
    <w:p>
      <w:r>
        <w:t>6. Lettre de demande de stage dans le BTP</w:t>
      </w:r>
    </w:p>
    <w:p>
      <w:r>
        <w:t>7. Lettre de demande de stage dans le transport, la logistique ou une entreprise portuaire</w:t>
      </w:r>
    </w:p>
    <w:p>
      <w:r>
        <w:t>8. Lettre de demande de stage en cabinet comptable ou en gestion</w:t>
      </w:r>
    </w:p>
    <w:p>
      <w:r>
        <w:t>9. Lettre de demande de stage en hôtellerie ou en restauration</w:t>
      </w:r>
    </w:p>
    <w:p>
      <w:r>
        <w:t>10. Lettre de demande de stage chez un artisan ou dans une entreprise individuelle</w:t>
      </w:r>
    </w:p>
    <w:p>
      <w:r>
        <w:t>11. Lettre de demande de stage dans le nettoyage et la propreté</w:t>
      </w:r>
    </w:p>
    <w:p>
      <w:r>
        <w:t>12. Lettre de demande de stage en communication ou en marketing</w:t>
      </w:r>
    </w:p>
    <w:p>
      <w:r>
        <w:t>13. Lettre de demande de stage dans une association</w:t>
      </w:r>
    </w:p>
    <w:p>
      <w:r>
        <w:t>14. Lettre de demande de stage dans une école privée ou une crèche</w:t>
      </w:r>
    </w:p>
    <w:p>
      <w:r>
        <w:br w:type="page"/>
      </w:r>
    </w:p>
    <w:p>
      <w:pPr>
        <w:pStyle w:val="Heading1"/>
      </w:pPr>
      <w:r>
        <w:t>1. Lettre de demande de stage en entreprise : le modèle de base</w:t>
      </w:r>
    </w:p>
    <w:p>
      <w:pPr>
        <w:spacing w:after="160"/>
      </w:pPr>
      <w:r>
        <w:t>Objet : Demande de stage en [service ou métier] du [date de début] au [date de fin]</w:t>
      </w:r>
    </w:p>
    <w:p>
      <w:pPr>
        <w:spacing w:after="160"/>
      </w:pPr>
      <w:r>
        <w:t>Madame, Monsieur [Nom du destinataire],</w:t>
      </w:r>
    </w:p>
    <w:p>
      <w:pPr>
        <w:spacing w:after="160"/>
      </w:pPr>
      <w:r>
        <w:t>Étudiant(e) en [intitulé exact de la formation] à [nom de l’établissement], je recherche un stage de [nombre] semaines au sein du service [service visé] de [nom de l’entreprise], du [date de début] au [date de fin].</w:t>
      </w:r>
    </w:p>
    <w:p>
      <w:pPr>
        <w:spacing w:after="160"/>
      </w:pPr>
      <w:r>
        <w:t>Votre entreprise m’intéresse parce que [fait précis et vérifiable : un produit, un chantier, un marché, une implantation récente, un savoir-faire reconnu].</w:t>
      </w:r>
    </w:p>
    <w:p>
      <w:pPr>
        <w:spacing w:after="160"/>
      </w:pPr>
      <w:r>
        <w:t>Au sein de votre service, je pourrais prendre en charge [une ou deux tâches réalistes pour un stagiaire], en m’appuyant sur [compétences, logiciels ou habilitations acquis en formation].</w:t>
      </w:r>
    </w:p>
    <w:p>
      <w:pPr>
        <w:spacing w:after="160"/>
      </w:pPr>
      <w:r>
        <w:t>La convention de stage est établie par mon établissement : il ne vous resterait qu’une signature. [Madame / Monsieur] [Nom], mon enseignant(e) référent(e), assure le suivi pendant toute la période.</w:t>
      </w:r>
    </w:p>
    <w:p>
      <w:pPr>
        <w:spacing w:after="160"/>
      </w:pPr>
      <w:r>
        <w:t>Je peux me présenter pour un entretien à votre convenance et reste joignable au [téléphone].</w:t>
      </w:r>
    </w:p>
    <w:p>
      <w:pPr>
        <w:spacing w:after="160"/>
      </w:pPr>
      <w:r>
        <w:t>Je vous prie d’agréer, Madame, Monsieur, l’expression de mes salutations distinguées.</w:t>
      </w:r>
    </w:p>
    <w:p>
      <w:pPr>
        <w:spacing w:after="160"/>
      </w:pPr>
      <w:r>
        <w:t>[Prénom Nom]</w:t>
        <w:br/>
      </w:r>
      <w:r>
        <w:t>[Téléphone]</w:t>
        <w:br/>
      </w:r>
      <w:r>
        <w:t>[Adresse mail]</w:t>
      </w:r>
    </w:p>
    <w:p>
      <w:r>
        <w:br w:type="page"/>
      </w:r>
    </w:p>
    <w:p>
      <w:pPr>
        <w:pStyle w:val="Heading1"/>
      </w:pPr>
      <w:r>
        <w:t>2. Lettre de demande de stage dans une banque ou une assurance</w:t>
      </w:r>
    </w:p>
    <w:p>
      <w:pPr>
        <w:spacing w:after="160"/>
      </w:pPr>
      <w:r>
        <w:t>Objet : Demande de stage en agence — accueil et conseil clientèle — du [date de début] au [date de fin]</w:t>
      </w:r>
    </w:p>
    <w:p>
      <w:pPr>
        <w:spacing w:after="160"/>
      </w:pPr>
      <w:r>
        <w:t>[Madame la Directrice / Monsieur le Directeur] d’agence,</w:t>
      </w:r>
    </w:p>
    <w:p>
      <w:pPr>
        <w:spacing w:after="160"/>
      </w:pPr>
      <w:r>
        <w:t>Étudiant(e) en [BTS Négociation et digitalisation de la relation client, BTS Banque, licence professionnelle, master] à [établissement], je sollicite un stage de [nombre] semaines au sein de votre agence de [ville], du [date de début] au [date de fin].</w:t>
      </w:r>
    </w:p>
    <w:p>
      <w:pPr>
        <w:spacing w:after="160"/>
      </w:pPr>
      <w:r>
        <w:t>Je sais qu’un stagiaire n’a pas accès d’emblée à l’ensemble des outils de gestion des comptes. Je peux en revanche être utile rapidement sur l’accueil des clients, la prise de rendez-vous, la préparation des dossiers et le suivi des relances, sous la responsabilité d’un conseiller.</w:t>
      </w:r>
    </w:p>
    <w:p>
      <w:pPr>
        <w:spacing w:after="160"/>
      </w:pPr>
      <w:r>
        <w:t>Votre agence m’intéresse parce que [raison précise : sa clientèle de professionnels, son activité de crédit immobilier, sa proximité avec un public étudiant].</w:t>
      </w:r>
    </w:p>
    <w:p>
      <w:pPr>
        <w:spacing w:after="160"/>
      </w:pPr>
      <w:r>
        <w:t>Je suis attaché(e) à la discrétion et au respect du secret professionnel, et j’ai déjà [expérience de relation client : emploi d’été, accueil, vente, service civique].</w:t>
      </w:r>
    </w:p>
    <w:p>
      <w:pPr>
        <w:spacing w:after="160"/>
      </w:pPr>
      <w:r>
        <w:t>La convention est établie par mon établissement. Je reste disponible pour un entretien à l’agence, à l’horaire qui vous conviendra.</w:t>
      </w:r>
    </w:p>
    <w:p>
      <w:pPr>
        <w:spacing w:after="160"/>
      </w:pPr>
      <w:r>
        <w:t>Je vous prie d’agréer, [Madame la Directrice / Monsieur le Directeur], l’expression de mes salutations distinguées.</w:t>
      </w:r>
    </w:p>
    <w:p>
      <w:pPr>
        <w:spacing w:after="160"/>
      </w:pPr>
      <w:r>
        <w:t>[Prénom Nom]</w:t>
        <w:br/>
      </w:r>
      <w:r>
        <w:t>[Téléphone]</w:t>
        <w:br/>
      </w:r>
      <w:r>
        <w:t>[Adresse mail]</w:t>
      </w:r>
    </w:p>
    <w:p>
      <w:r>
        <w:br w:type="page"/>
      </w:r>
    </w:p>
    <w:p>
      <w:pPr>
        <w:pStyle w:val="Heading1"/>
      </w:pPr>
      <w:r>
        <w:t>3. Lettre de demande de stage en grande distribution ou en magasin</w:t>
      </w:r>
    </w:p>
    <w:p>
      <w:pPr>
        <w:spacing w:after="160"/>
      </w:pPr>
      <w:r>
        <w:t>Objet : Demande de stage — rayon [nom du rayon] — du [date de début] au [date de fin]</w:t>
      </w:r>
    </w:p>
    <w:p>
      <w:pPr>
        <w:spacing w:after="160"/>
      </w:pPr>
      <w:r>
        <w:t>[Madame la Directrice / Monsieur le Directeur],</w:t>
      </w:r>
    </w:p>
    <w:p>
      <w:pPr>
        <w:spacing w:after="160"/>
      </w:pPr>
      <w:r>
        <w:t>Élève en [bac professionnel Métiers du commerce et de la vente, BTS Management commercial opérationnel, autre formation] à [établissement], je recherche un stage de [nombre] semaines dans votre magasin de [ville], du [date de début] au [date de fin].</w:t>
      </w:r>
    </w:p>
    <w:p>
      <w:pPr>
        <w:spacing w:after="160"/>
      </w:pPr>
      <w:r>
        <w:t>Je souhaiterais être accueilli(e) au rayon [rayon souhaité], pour apprendre la mise en rayon, la gestion des stocks, le balisage des prix et le conseil aux clients, aux côtés du chef de rayon.</w:t>
      </w:r>
    </w:p>
    <w:p>
      <w:pPr>
        <w:spacing w:after="160"/>
      </w:pPr>
      <w:r>
        <w:t>Je peux m’adapter aux horaires du magasin, y compris en début de matinée pour la mise en rayon et le samedi.</w:t>
      </w:r>
    </w:p>
    <w:p>
      <w:pPr>
        <w:spacing w:after="160"/>
      </w:pPr>
      <w:r>
        <w:t>Votre magasin m’intéresse parce que [raison précise : son rayon, son implantation, la qualité de l’accueil que vous y proposez].</w:t>
      </w:r>
    </w:p>
    <w:p>
      <w:pPr>
        <w:spacing w:after="160"/>
      </w:pPr>
      <w:r>
        <w:t>La convention est établie par mon établissement, et mon professeur référent reste joignable pendant toute la période.</w:t>
      </w:r>
    </w:p>
    <w:p>
      <w:pPr>
        <w:spacing w:after="160"/>
      </w:pPr>
      <w:r>
        <w:t>Je peux passer au magasin pour vous rencontrer au moment qui vous conviendra.</w:t>
      </w:r>
    </w:p>
    <w:p>
      <w:pPr>
        <w:spacing w:after="160"/>
      </w:pPr>
      <w:r>
        <w:t>Je vous prie d’agréer, [Madame la Directrice / Monsieur le Directeur], mes salutations respectueuses.</w:t>
      </w:r>
    </w:p>
    <w:p>
      <w:pPr>
        <w:spacing w:after="160"/>
      </w:pPr>
      <w:r>
        <w:t>[Prénom Nom]</w:t>
        <w:br/>
      </w:r>
      <w:r>
        <w:t>[Téléphone]</w:t>
        <w:br/>
      </w:r>
      <w:r>
        <w:t>[Adresse mail]</w:t>
      </w:r>
    </w:p>
    <w:p>
      <w:r>
        <w:br w:type="page"/>
      </w:r>
    </w:p>
    <w:p>
      <w:pPr>
        <w:pStyle w:val="Heading1"/>
      </w:pPr>
      <w:r>
        <w:t>4. Lettre de demande de stage dans l’industrie ou en usine</w:t>
      </w:r>
    </w:p>
    <w:p>
      <w:pPr>
        <w:spacing w:after="160"/>
      </w:pPr>
      <w:r>
        <w:t>Objet : Demande de stage en [production / maintenance / qualité] du [date de début] au [date de fin]</w:t>
      </w:r>
    </w:p>
    <w:p>
      <w:pPr>
        <w:spacing w:after="160"/>
      </w:pPr>
      <w:r>
        <w:t>[Madame / Monsieur] [Nom], responsable de [production / maintenance],</w:t>
      </w:r>
    </w:p>
    <w:p>
      <w:pPr>
        <w:spacing w:after="160"/>
      </w:pPr>
      <w:r>
        <w:t>Élève en [bac professionnel, BTS Maintenance des systèmes, BTS Conception des processus de réalisation de produits, BUT] à [établissement], je recherche un stage de [nombre] semaines au sein de votre site de [ville], du [date de début] au [date de fin].</w:t>
      </w:r>
    </w:p>
    <w:p>
      <w:pPr>
        <w:spacing w:after="160"/>
      </w:pPr>
      <w:r>
        <w:t>Ma formation m’a appris [deux ou trois compétences concrètes : lecture de plans, maintenance préventive, contrôle qualité, réglage de machines]. Je souhaite les mettre en pratique sur [ligne, type d’équipement ou procédé de votre site].</w:t>
      </w:r>
    </w:p>
    <w:p>
      <w:pPr>
        <w:spacing w:after="160"/>
      </w:pPr>
      <w:r>
        <w:t>Je dispose de chaussures de sécurité et je respecterai strictement les consignes de sécurité et le règlement intérieur du site. [Si vous avez moins de 18 ans : J’aurai [âge] ans pendant le stage ; mon établissement peut vous renseigner sur les démarches liées à l’utilisation de certaines machines.]</w:t>
      </w:r>
    </w:p>
    <w:p>
      <w:pPr>
        <w:spacing w:after="160"/>
      </w:pPr>
      <w:r>
        <w:t>Je peux m’adapter à vos horaires d’équipe dans la limite fixée par la convention.</w:t>
      </w:r>
    </w:p>
    <w:p>
      <w:pPr>
        <w:spacing w:after="160"/>
      </w:pPr>
      <w:r>
        <w:t>La convention est établie par mon établissement, avec un enseignant référent qui assure le suivi.</w:t>
      </w:r>
    </w:p>
    <w:p>
      <w:pPr>
        <w:spacing w:after="160"/>
      </w:pPr>
      <w:r>
        <w:t>Je reste à votre disposition pour une visite du site ou un entretien.</w:t>
      </w:r>
    </w:p>
    <w:p>
      <w:pPr>
        <w:spacing w:after="160"/>
      </w:pPr>
      <w:r>
        <w:t>Je vous prie d’agréer, [Madame / Monsieur], l’expression de mes salutations distinguées.</w:t>
      </w:r>
    </w:p>
    <w:p>
      <w:pPr>
        <w:spacing w:after="160"/>
      </w:pPr>
      <w:r>
        <w:t>[Prénom Nom]</w:t>
        <w:br/>
      </w:r>
      <w:r>
        <w:t>[Téléphone]</w:t>
        <w:br/>
      </w:r>
      <w:r>
        <w:t>[Adresse mail]</w:t>
      </w:r>
    </w:p>
    <w:p>
      <w:r>
        <w:br w:type="page"/>
      </w:r>
    </w:p>
    <w:p>
      <w:pPr>
        <w:pStyle w:val="Heading1"/>
      </w:pPr>
      <w:r>
        <w:t>5. Lettre de demande de stage dans l’agroalimentaire ou une exploitation agricole</w:t>
      </w:r>
    </w:p>
    <w:p>
      <w:pPr>
        <w:spacing w:after="160"/>
      </w:pPr>
      <w:r>
        <w:t>Objet : Demande de stage en [production / qualité / élevage / cultures] du [date de début] au [date de fin]</w:t>
      </w:r>
    </w:p>
    <w:p>
      <w:pPr>
        <w:spacing w:after="160"/>
      </w:pPr>
      <w:r>
        <w:t>[Madame / Monsieur] [Nom],</w:t>
      </w:r>
    </w:p>
    <w:p>
      <w:pPr>
        <w:spacing w:after="160"/>
      </w:pPr>
      <w:r>
        <w:t>Élève en [bac professionnel agricole, BTSA, BTS Qualité dans les industries alimentaires, autre formation] à [établissement], je recherche un stage de [nombre] semaines au sein de [votre exploitation / votre entreprise], du [date de début] au [date de fin].</w:t>
      </w:r>
    </w:p>
    <w:p>
      <w:pPr>
        <w:spacing w:after="160"/>
      </w:pPr>
      <w:r>
        <w:t>Votre activité de [produit ou production précise : fromagerie, boulangerie industrielle, brasserie, maraîchage, élevage laitier] correspond exactement à ma spécialité, et je souhaite en découvrir [étape précise : la fabrication, le contrôle qualité, la conduite du troupeau, la récolte].</w:t>
      </w:r>
    </w:p>
    <w:p>
      <w:pPr>
        <w:spacing w:after="160"/>
      </w:pPr>
      <w:r>
        <w:t>J’ai suivi en formation [modules ou acquis : règles d’hygiène alimentaire, traçabilité, conduite de culture, soins aux animaux] et je respecterai la tenue et les règles d’hygiène de votre site.</w:t>
      </w:r>
    </w:p>
    <w:p>
      <w:pPr>
        <w:spacing w:after="160"/>
      </w:pPr>
      <w:r>
        <w:t>Je suis disponible dès [heure] le matin et sur l’ensemble de la période, y compris [samedi, jours de récolte ou de traite, selon votre organisation].</w:t>
      </w:r>
    </w:p>
    <w:p>
      <w:pPr>
        <w:spacing w:after="160"/>
      </w:pPr>
      <w:r>
        <w:t>La convention est établie par mon établissement, qui assure le suivi et l’assurance pendant le stage.</w:t>
      </w:r>
    </w:p>
    <w:p>
      <w:pPr>
        <w:spacing w:after="160"/>
      </w:pPr>
      <w:r>
        <w:t>Je peux venir vous rencontrer sur place pour en parler.</w:t>
      </w:r>
    </w:p>
    <w:p>
      <w:pPr>
        <w:spacing w:after="160"/>
      </w:pPr>
      <w:r>
        <w:t>Je vous prie d’agréer, [Madame / Monsieur], mes salutations respectueuses.</w:t>
      </w:r>
    </w:p>
    <w:p>
      <w:pPr>
        <w:spacing w:after="160"/>
      </w:pPr>
      <w:r>
        <w:t>[Prénom Nom]</w:t>
        <w:br/>
      </w:r>
      <w:r>
        <w:t>[Téléphone]</w:t>
        <w:br/>
      </w:r>
      <w:r>
        <w:t>[Adresse mail]</w:t>
      </w:r>
    </w:p>
    <w:p>
      <w:r>
        <w:br w:type="page"/>
      </w:r>
    </w:p>
    <w:p>
      <w:pPr>
        <w:pStyle w:val="Heading1"/>
      </w:pPr>
      <w:r>
        <w:t>6. Lettre de demande de stage dans le BTP</w:t>
      </w:r>
    </w:p>
    <w:p>
      <w:pPr>
        <w:spacing w:after="160"/>
      </w:pPr>
      <w:r>
        <w:t>Objet : Demande de stage [gros œuvre / second œuvre / travaux publics / bureau d’études] du [date de début] au [date de fin]</w:t>
      </w:r>
    </w:p>
    <w:p>
      <w:pPr>
        <w:spacing w:after="160"/>
      </w:pPr>
      <w:r>
        <w:t>[Madame / Monsieur] [Nom],</w:t>
      </w:r>
    </w:p>
    <w:p>
      <w:pPr>
        <w:spacing w:after="160"/>
      </w:pPr>
      <w:r>
        <w:t>Élève en [CAP, bac professionnel, BTS Bâtiment, BTS Travaux publics, BUT Génie civil] à [établissement], je recherche un stage de [nombre] semaines au sein de votre entreprise, du [date de début] au [date de fin].</w:t>
      </w:r>
    </w:p>
    <w:p>
      <w:pPr>
        <w:spacing w:after="160"/>
      </w:pPr>
      <w:r>
        <w:t>Vos chantiers de [type de chantiers : rénovation de logements, ouvrages d’art, réseaux, maisons individuelles] correspondent à ma spécialité, et je souhaite apprendre [gestes ou missions précises : implantation, coffrage, métré, suivi de chantier, préparation de planning].</w:t>
      </w:r>
    </w:p>
    <w:p>
      <w:pPr>
        <w:spacing w:after="160"/>
      </w:pPr>
      <w:r>
        <w:t>Je dispose de mes équipements de protection individuelle et je peux être au dépôt à [heure] le matin. Je me déplace en [moyen de transport] et peux rejoindre des chantiers dans un rayon de [distance] kilomètres.</w:t>
      </w:r>
    </w:p>
    <w:p>
      <w:pPr>
        <w:spacing w:after="160"/>
      </w:pPr>
      <w:r>
        <w:t>[Si vous avez moins de 18 ans : J’aurai [âge] ans pendant le stage ; mon lycée peut vous transmettre les informations sur les travaux autorisés pour un élève mineur.]</w:t>
      </w:r>
    </w:p>
    <w:p>
      <w:pPr>
        <w:spacing w:after="160"/>
      </w:pPr>
      <w:r>
        <w:t>La convention est établie par mon établissement. Je peux passer vous voir au bureau ou sur un chantier, à votre convenance.</w:t>
      </w:r>
    </w:p>
    <w:p>
      <w:pPr>
        <w:spacing w:after="160"/>
      </w:pPr>
      <w:r>
        <w:t>Je vous prie d’agréer, [Madame / Monsieur], l’expression de mes salutations respectueuses.</w:t>
      </w:r>
    </w:p>
    <w:p>
      <w:pPr>
        <w:spacing w:after="160"/>
      </w:pPr>
      <w:r>
        <w:t>[Prénom Nom]</w:t>
        <w:br/>
      </w:r>
      <w:r>
        <w:t>[Téléphone]</w:t>
        <w:br/>
      </w:r>
      <w:r>
        <w:t>[Adresse mail]</w:t>
      </w:r>
    </w:p>
    <w:p>
      <w:r>
        <w:br w:type="page"/>
      </w:r>
    </w:p>
    <w:p>
      <w:pPr>
        <w:pStyle w:val="Heading1"/>
      </w:pPr>
      <w:r>
        <w:t>7. Lettre de demande de stage dans le transport, la logistique ou une entreprise portuaire</w:t>
      </w:r>
    </w:p>
    <w:p>
      <w:pPr>
        <w:spacing w:after="160"/>
      </w:pPr>
      <w:r>
        <w:t>Objet : Demande de stage en [exploitation / entrepôt / transit] du [date de début] au [date de fin]</w:t>
      </w:r>
    </w:p>
    <w:p>
      <w:pPr>
        <w:spacing w:after="160"/>
      </w:pPr>
      <w:r>
        <w:t>[Madame / Monsieur] [Nom], responsable [d’exploitation / d’entrepôt],</w:t>
      </w:r>
    </w:p>
    <w:p>
      <w:pPr>
        <w:spacing w:after="160"/>
      </w:pPr>
      <w:r>
        <w:t>Étudiant(e) en [BTS Gestion des transports et logistique associée, bac professionnel Logistique, BUT, licence professionnelle] à [établissement], je recherche un stage de [nombre] semaines au sein de [votre entrepôt / votre agence / votre service], du [date de début] au [date de fin].</w:t>
      </w:r>
    </w:p>
    <w:p>
      <w:pPr>
        <w:spacing w:after="160"/>
      </w:pPr>
      <w:r>
        <w:t>Je souhaite découvrir [mission précise : le suivi des tournées, l’ordonnancement, la préparation de commandes, la réception des marchandises, les formalités de transit]. Je ne demande pas à conduire de chariot ni d’engin de manutention : je peux être utile au quai, au bureau d’exploitation ou sur votre logiciel de gestion d’entrepôt.</w:t>
      </w:r>
    </w:p>
    <w:p>
      <w:pPr>
        <w:spacing w:after="160"/>
      </w:pPr>
      <w:r>
        <w:t>Votre activité de [nature précise : messagerie, transport frigorifique, entreposage pour la grande distribution, manutention portuaire] m’intéresse parce que [raison précise].</w:t>
      </w:r>
    </w:p>
    <w:p>
      <w:pPr>
        <w:spacing w:after="160"/>
      </w:pPr>
      <w:r>
        <w:t>Je dispose de chaussures de sécurité et je peux m’adapter à vos horaires de quai.</w:t>
      </w:r>
    </w:p>
    <w:p>
      <w:pPr>
        <w:spacing w:after="160"/>
      </w:pPr>
      <w:r>
        <w:t>La convention est établie par mon établissement, avec un enseignant référent.</w:t>
      </w:r>
    </w:p>
    <w:p>
      <w:pPr>
        <w:spacing w:after="160"/>
      </w:pPr>
      <w:r>
        <w:t>Je reste joignable au [téléphone] pour un entretien.</w:t>
      </w:r>
    </w:p>
    <w:p>
      <w:pPr>
        <w:spacing w:after="160"/>
      </w:pPr>
      <w:r>
        <w:t>Je vous prie d’agréer, [Madame / Monsieur], l’expression de mes salutations distinguées.</w:t>
      </w:r>
    </w:p>
    <w:p>
      <w:pPr>
        <w:spacing w:after="160"/>
      </w:pPr>
      <w:r>
        <w:t>[Prénom Nom]</w:t>
        <w:br/>
      </w:r>
      <w:r>
        <w:t>[Téléphone]</w:t>
        <w:br/>
      </w:r>
      <w:r>
        <w:t>[Adresse mail]</w:t>
      </w:r>
    </w:p>
    <w:p>
      <w:r>
        <w:br w:type="page"/>
      </w:r>
    </w:p>
    <w:p>
      <w:pPr>
        <w:pStyle w:val="Heading1"/>
      </w:pPr>
      <w:r>
        <w:t>8. Lettre de demande de stage en cabinet comptable ou en gestion</w:t>
      </w:r>
    </w:p>
    <w:p>
      <w:pPr>
        <w:spacing w:after="160"/>
      </w:pPr>
      <w:r>
        <w:t>Objet : Demande de stage [assistant comptable / assistant de gestion] du [date de début] au [date de fin]</w:t>
      </w:r>
    </w:p>
    <w:p>
      <w:pPr>
        <w:spacing w:after="160"/>
      </w:pPr>
      <w:r>
        <w:t>[Madame / Monsieur] [Nom],</w:t>
      </w:r>
    </w:p>
    <w:p>
      <w:pPr>
        <w:spacing w:after="160"/>
      </w:pPr>
      <w:r>
        <w:t>Étudiant(e) en [BTS Comptabilité et gestion, BTS Gestion de la PME, DCG, licence] à [établissement], je recherche un stage de [nombre] semaines au sein de [votre cabinet / votre service administratif et financier], du [date de début] au [date de fin].</w:t>
      </w:r>
    </w:p>
    <w:p>
      <w:pPr>
        <w:spacing w:after="160"/>
      </w:pPr>
      <w:r>
        <w:t>Je maîtrise [logiciels : tableur, logiciel de comptabilité, logiciel de paie] et j’ai travaillé en formation sur [saisie des pièces, rapprochements bancaires, déclarations de TVA, suivi des factures].</w:t>
      </w:r>
    </w:p>
    <w:p>
      <w:pPr>
        <w:spacing w:after="160"/>
      </w:pPr>
      <w:r>
        <w:t>Je sais que la période de [clôture des comptes, déclarations] est chargée pour vos équipes. Je peux être utile sur la saisie, le classement des pièces et la préparation des dossiers, afin de libérer du temps pour vos collaborateurs.</w:t>
      </w:r>
    </w:p>
    <w:p>
      <w:pPr>
        <w:spacing w:after="160"/>
      </w:pPr>
      <w:r>
        <w:t>Votre [cabinet / entreprise] m’intéresse parce que [raison précise : sa clientèle d’artisans, d’associations, son activité de paie].</w:t>
      </w:r>
    </w:p>
    <w:p>
      <w:pPr>
        <w:spacing w:after="160"/>
      </w:pPr>
      <w:r>
        <w:t>La convention est établie par mon établissement. Je reste à votre disposition pour un entretien.</w:t>
      </w:r>
    </w:p>
    <w:p>
      <w:pPr>
        <w:spacing w:after="160"/>
      </w:pPr>
      <w:r>
        <w:t>Je vous prie d’agréer, [Madame / Monsieur], l’expression de mes salutations distinguées.</w:t>
      </w:r>
    </w:p>
    <w:p>
      <w:pPr>
        <w:spacing w:after="160"/>
      </w:pPr>
      <w:r>
        <w:t>[Prénom Nom]</w:t>
        <w:br/>
      </w:r>
      <w:r>
        <w:t>[Téléphone]</w:t>
        <w:br/>
      </w:r>
      <w:r>
        <w:t>[Adresse mail]</w:t>
      </w:r>
    </w:p>
    <w:p>
      <w:r>
        <w:br w:type="page"/>
      </w:r>
    </w:p>
    <w:p>
      <w:pPr>
        <w:pStyle w:val="Heading1"/>
      </w:pPr>
      <w:r>
        <w:t>9. Lettre de demande de stage en hôtellerie ou en restauration</w:t>
      </w:r>
    </w:p>
    <w:p>
      <w:pPr>
        <w:spacing w:after="160"/>
      </w:pPr>
      <w:r>
        <w:t>Objet : Demande de stage en [cuisine / service en salle / réception] du [date de début] au [date de fin]</w:t>
      </w:r>
    </w:p>
    <w:p>
      <w:pPr>
        <w:spacing w:after="160"/>
      </w:pPr>
      <w:r>
        <w:t>[Madame / Monsieur] [Nom],</w:t>
      </w:r>
    </w:p>
    <w:p>
      <w:pPr>
        <w:spacing w:after="160"/>
      </w:pPr>
      <w:r>
        <w:t>Élève en [CAP Cuisine, CAP Commercialisation et services en hôtel-café-restaurant, bac professionnel, BTS Management en hôtellerie-restauration] à [établissement], je recherche un stage de [nombre] semaines au sein de votre [restaurant / hôtel], du [date de début] au [date de fin].</w:t>
      </w:r>
    </w:p>
    <w:p>
      <w:pPr>
        <w:spacing w:after="160"/>
      </w:pPr>
      <w:r>
        <w:t>Je souhaite être accueilli(e) [en cuisine / en salle / à la réception] pour apprendre [missions précises : la mise en place, le dressage, le service à l’assiette, l’accueil des clients, la gestion des réservations].</w:t>
      </w:r>
    </w:p>
    <w:p>
      <w:pPr>
        <w:spacing w:after="160"/>
      </w:pPr>
      <w:r>
        <w:t>Je suis disponible en horaires coupés, le soir et le week-end, selon l’organisation de votre établissement.</w:t>
      </w:r>
    </w:p>
    <w:p>
      <w:pPr>
        <w:spacing w:after="160"/>
      </w:pPr>
      <w:r>
        <w:t>Votre établissement m’intéresse parce que [raison précise : sa cuisine de produits locaux, sa carte, la qualité de son service, sa clientèle].</w:t>
      </w:r>
    </w:p>
    <w:p>
      <w:pPr>
        <w:spacing w:after="160"/>
      </w:pPr>
      <w:r>
        <w:t>La convention est établie par mon établissement, et mon professeur référent assure le suivi.</w:t>
      </w:r>
    </w:p>
    <w:p>
      <w:pPr>
        <w:spacing w:after="160"/>
      </w:pPr>
      <w:r>
        <w:t>Je peux passer vous rencontrer en dehors des heures de service, au moment qui vous conviendra.</w:t>
      </w:r>
    </w:p>
    <w:p>
      <w:pPr>
        <w:spacing w:after="160"/>
      </w:pPr>
      <w:r>
        <w:t>Je vous prie d’agréer, [Madame / Monsieur], mes salutations respectueuses.</w:t>
      </w:r>
    </w:p>
    <w:p>
      <w:pPr>
        <w:spacing w:after="160"/>
      </w:pPr>
      <w:r>
        <w:t>[Prénom Nom]</w:t>
        <w:br/>
      </w:r>
      <w:r>
        <w:t>[Téléphone]</w:t>
        <w:br/>
      </w:r>
      <w:r>
        <w:t>[Adresse mail]</w:t>
      </w:r>
    </w:p>
    <w:p>
      <w:r>
        <w:br w:type="page"/>
      </w:r>
    </w:p>
    <w:p>
      <w:pPr>
        <w:pStyle w:val="Heading1"/>
      </w:pPr>
      <w:r>
        <w:t>10. Lettre de demande de stage chez un artisan ou dans une entreprise individuelle</w:t>
      </w:r>
    </w:p>
    <w:p>
      <w:pPr>
        <w:spacing w:after="160"/>
      </w:pPr>
      <w:r>
        <w:t>Objet : Demande de stage — [métier] — du [date de début] au [date de fin]</w:t>
      </w:r>
    </w:p>
    <w:p>
      <w:pPr>
        <w:spacing w:after="160"/>
      </w:pPr>
      <w:r>
        <w:t>Bonjour [Madame / Monsieur] [Nom],</w:t>
      </w:r>
    </w:p>
    <w:p>
      <w:pPr>
        <w:spacing w:after="160"/>
      </w:pPr>
      <w:r>
        <w:t>Je suis en [formation] à [établissement] et je recherche un stage de [nombre] semaines, du [date de début] au [date de fin], pour apprendre le métier de [métier].</w:t>
      </w:r>
    </w:p>
    <w:p>
      <w:pPr>
        <w:spacing w:after="160"/>
      </w:pPr>
      <w:r>
        <w:t>Votre [atelier / entreprise] m’intéresse parce que [raison précise : votre spécialité, vos réalisations, ce que l’on m’a dit de votre travail].</w:t>
      </w:r>
    </w:p>
    <w:p>
      <w:pPr>
        <w:spacing w:after="160"/>
      </w:pPr>
      <w:r>
        <w:t>Je sais qu’accueillir un stagiaire demande du temps. De votre côté, il n’y a rien à préparer : la convention est établie par mon école, l’assurance est prise en charge, et il ne vous resterait qu’une signature.</w:t>
      </w:r>
    </w:p>
    <w:p>
      <w:pPr>
        <w:spacing w:after="160"/>
      </w:pPr>
      <w:r>
        <w:t>Je peux vous aider sur [tâches simples et utiles : préparation du matériel, rangement, finitions, accueil des clients] et je suis disponible aux horaires de l’atelier.</w:t>
      </w:r>
    </w:p>
    <w:p>
      <w:pPr>
        <w:spacing w:after="160"/>
      </w:pPr>
      <w:r>
        <w:t>Je passerai vous voir [jour] si cela vous convient, ou vous pouvez me joindre au [téléphone].</w:t>
      </w:r>
    </w:p>
    <w:p>
      <w:pPr>
        <w:spacing w:after="160"/>
      </w:pPr>
      <w:r>
        <w:t>Merci de votre attention,</w:t>
      </w:r>
    </w:p>
    <w:p>
      <w:pPr>
        <w:spacing w:after="160"/>
      </w:pPr>
      <w:r>
        <w:t>[Prénom Nom]</w:t>
        <w:br/>
      </w:r>
      <w:r>
        <w:t>[Téléphone]</w:t>
      </w:r>
    </w:p>
    <w:p>
      <w:r>
        <w:br w:type="page"/>
      </w:r>
    </w:p>
    <w:p>
      <w:pPr>
        <w:pStyle w:val="Heading1"/>
      </w:pPr>
      <w:r>
        <w:t>11. Lettre de demande de stage dans le nettoyage et la propreté</w:t>
      </w:r>
    </w:p>
    <w:p>
      <w:pPr>
        <w:spacing w:after="160"/>
      </w:pPr>
      <w:r>
        <w:t>Objet : Demande de stage en [propreté / hygiène des locaux] du [date de début] au [date de fin]</w:t>
      </w:r>
    </w:p>
    <w:p>
      <w:pPr>
        <w:spacing w:after="160"/>
      </w:pPr>
      <w:r>
        <w:t>[Madame / Monsieur] [Nom], responsable d’agence,</w:t>
      </w:r>
    </w:p>
    <w:p>
      <w:pPr>
        <w:spacing w:after="160"/>
      </w:pPr>
      <w:r>
        <w:t>Élève en [CAP Agent de propreté et d’hygiène, bac professionnel Hygiène, propreté, stérilisation, autre formation] à [établissement], je recherche un stage de [nombre] semaines au sein de votre agence, du [date de début] au [date de fin].</w:t>
      </w:r>
    </w:p>
    <w:p>
      <w:pPr>
        <w:spacing w:after="160"/>
      </w:pPr>
      <w:r>
        <w:t>Je peux suivre vos équipes sur leurs horaires, y compris tôt le matin ou en soirée, et me déplacer entre les sites en [moyen de transport].</w:t>
      </w:r>
    </w:p>
    <w:p>
      <w:pPr>
        <w:spacing w:after="160"/>
      </w:pPr>
      <w:r>
        <w:t>Ma formation m’a appris [techniques : bionettoyage, utilisation des produits et du matériel, protocoles d’hygiène] et je respecterai les consignes de sécurité liées aux produits utilisés.</w:t>
      </w:r>
    </w:p>
    <w:p>
      <w:pPr>
        <w:spacing w:after="160"/>
      </w:pPr>
      <w:r>
        <w:t>Votre entreprise m’intéresse parce que [raison précise : ses chantiers en milieu hospitalier, en industrie, en bureaux, sa démarche qualité].</w:t>
      </w:r>
    </w:p>
    <w:p>
      <w:pPr>
        <w:spacing w:after="160"/>
      </w:pPr>
      <w:r>
        <w:t>La convention est établie par mon établissement, qui assure le suivi pendant toute la période.</w:t>
      </w:r>
    </w:p>
    <w:p>
      <w:pPr>
        <w:spacing w:after="160"/>
      </w:pPr>
      <w:r>
        <w:t>Je reste joignable au [téléphone] pour un entretien.</w:t>
      </w:r>
    </w:p>
    <w:p>
      <w:pPr>
        <w:spacing w:after="160"/>
      </w:pPr>
      <w:r>
        <w:t>Je vous prie d’agréer, [Madame / Monsieur], mes salutations respectueuses.</w:t>
      </w:r>
    </w:p>
    <w:p>
      <w:pPr>
        <w:spacing w:after="160"/>
      </w:pPr>
      <w:r>
        <w:t>[Prénom Nom]</w:t>
        <w:br/>
      </w:r>
      <w:r>
        <w:t>[Téléphone]</w:t>
        <w:br/>
      </w:r>
      <w:r>
        <w:t>[Adresse mail]</w:t>
      </w:r>
    </w:p>
    <w:p>
      <w:r>
        <w:br w:type="page"/>
      </w:r>
    </w:p>
    <w:p>
      <w:pPr>
        <w:pStyle w:val="Heading1"/>
      </w:pPr>
      <w:r>
        <w:t>12. Lettre de demande de stage en communication ou en marketing</w:t>
      </w:r>
    </w:p>
    <w:p>
      <w:pPr>
        <w:spacing w:after="160"/>
      </w:pPr>
      <w:r>
        <w:t>Objet : Demande de stage en [communication / marketing digital / création graphique] du [date de début] au [date de fin]</w:t>
      </w:r>
    </w:p>
    <w:p>
      <w:pPr>
        <w:spacing w:after="160"/>
      </w:pPr>
      <w:r>
        <w:t>[Madame / Monsieur] [Nom],</w:t>
      </w:r>
    </w:p>
    <w:p>
      <w:pPr>
        <w:spacing w:after="160"/>
      </w:pPr>
      <w:r>
        <w:t>Étudiant(e) en [BTS Communication, BUT Information-communication, licence, école de commerce] à [établissement], je recherche un stage de [nombre] semaines au sein de votre [agence / service communication], du [date de début] au [date de fin].</w:t>
      </w:r>
    </w:p>
    <w:p>
      <w:pPr>
        <w:spacing w:after="160"/>
      </w:pPr>
      <w:r>
        <w:t>Mes réalisations sont consultables ici : [lien vers votre portfolio ou vos travaux]. J’y présente notamment [projet précis : une campagne, une charte graphique, un calendrier éditorial, une étude de marché].</w:t>
      </w:r>
    </w:p>
    <w:p>
      <w:pPr>
        <w:spacing w:after="160"/>
      </w:pPr>
      <w:r>
        <w:t>J’ai particulièrement remarqué [campagne, projet ou client de l’agence], et notamment [élément précis : le choix du ton, le format, le résultat obtenu].</w:t>
      </w:r>
    </w:p>
    <w:p>
      <w:pPr>
        <w:spacing w:after="160"/>
      </w:pPr>
      <w:r>
        <w:t>Je pourrais contribuer à [tâches réalistes : veille, rédaction de publications, déclinaison de visuels, suivi des statistiques], en utilisant [logiciels et outils maîtrisés].</w:t>
      </w:r>
    </w:p>
    <w:p>
      <w:pPr>
        <w:spacing w:after="160"/>
      </w:pPr>
      <w:r>
        <w:t>La convention est établie par mon établissement. Je suis disponible pour un entretien sur place ou en visioconférence.</w:t>
      </w:r>
    </w:p>
    <w:p>
      <w:pPr>
        <w:spacing w:after="160"/>
      </w:pPr>
      <w:r>
        <w:t>Je vous prie d’agréer, [Madame / Monsieur], l’expression de mes salutations distinguées.</w:t>
      </w:r>
    </w:p>
    <w:p>
      <w:pPr>
        <w:spacing w:after="160"/>
      </w:pPr>
      <w:r>
        <w:t>[Prénom Nom]</w:t>
        <w:br/>
      </w:r>
      <w:r>
        <w:t>[Téléphone]</w:t>
        <w:br/>
      </w:r>
      <w:r>
        <w:t>[Adresse mail]</w:t>
      </w:r>
    </w:p>
    <w:p>
      <w:r>
        <w:br w:type="page"/>
      </w:r>
    </w:p>
    <w:p>
      <w:pPr>
        <w:pStyle w:val="Heading1"/>
      </w:pPr>
      <w:r>
        <w:t>13. Lettre de demande de stage dans une association</w:t>
      </w:r>
    </w:p>
    <w:p>
      <w:pPr>
        <w:spacing w:after="160"/>
      </w:pPr>
      <w:r>
        <w:t>Objet : Demande de stage au sein de [nom de l’association] du [date de début] au [date de fin]</w:t>
      </w:r>
    </w:p>
    <w:p>
      <w:pPr>
        <w:spacing w:after="160"/>
      </w:pPr>
      <w:r>
        <w:t>[Madame la Présidente / Monsieur le Président / Madame la Directrice / Monsieur le Directeur],</w:t>
      </w:r>
    </w:p>
    <w:p>
      <w:pPr>
        <w:spacing w:after="160"/>
      </w:pPr>
      <w:r>
        <w:t>Étudiant(e) en [formation : économie sociale et solidaire, carrières sociales, animation, gestion] à [établissement], je recherche un stage de [nombre] semaines au sein de votre association, du [date de début] au [date de fin].</w:t>
      </w:r>
    </w:p>
    <w:p>
      <w:pPr>
        <w:spacing w:after="160"/>
      </w:pPr>
      <w:r>
        <w:t>Votre action en faveur de [public ou cause précise] rejoint mon projet professionnel, et je souhaite découvrir [mission précise : l’accompagnement des publics, l’organisation d’un événement, la recherche de financements, la vie associative].</w:t>
      </w:r>
    </w:p>
    <w:p>
      <w:pPr>
        <w:spacing w:after="160"/>
      </w:pPr>
      <w:r>
        <w:t>Mon stage durant [nombre] semaines, il n’ouvre pas droit à gratification obligatoire. La convention est établie par mon établissement, qui prend en charge le suivi et l’assurance.</w:t>
      </w:r>
    </w:p>
    <w:p>
      <w:pPr>
        <w:spacing w:after="160"/>
      </w:pPr>
      <w:r>
        <w:t>J’ai [expérience bénévole, engagement, compétence utile] et je pourrais vous être utile sur [tâches concrètes].</w:t>
      </w:r>
    </w:p>
    <w:p>
      <w:pPr>
        <w:spacing w:after="160"/>
      </w:pPr>
      <w:r>
        <w:t>Je serais heureux(se) de vous rencontrer, ainsi que l’équipe, au moment qui vous conviendra.</w:t>
      </w:r>
    </w:p>
    <w:p>
      <w:pPr>
        <w:spacing w:after="160"/>
      </w:pPr>
      <w:r>
        <w:t>Je vous prie d’agréer, [formule d’appel reprise], l’expression de mes salutations respectueuses.</w:t>
      </w:r>
    </w:p>
    <w:p>
      <w:pPr>
        <w:spacing w:after="160"/>
      </w:pPr>
      <w:r>
        <w:t>[Prénom Nom]</w:t>
        <w:br/>
      </w:r>
      <w:r>
        <w:t>[Téléphone]</w:t>
        <w:br/>
      </w:r>
      <w:r>
        <w:t>[Adresse mail]</w:t>
      </w:r>
    </w:p>
    <w:p>
      <w:r>
        <w:br w:type="page"/>
      </w:r>
    </w:p>
    <w:p>
      <w:pPr>
        <w:pStyle w:val="Heading1"/>
      </w:pPr>
      <w:r>
        <w:t>14. Lettre de demande de stage dans une école privée ou une crèche</w:t>
      </w:r>
    </w:p>
    <w:p>
      <w:pPr>
        <w:spacing w:after="160"/>
      </w:pPr>
      <w:r>
        <w:t>Objet : Demande de stage auprès des enfants du [date de début] au [date de fin]</w:t>
      </w:r>
    </w:p>
    <w:p>
      <w:pPr>
        <w:spacing w:after="160"/>
      </w:pPr>
      <w:r>
        <w:t>[Madame la Directrice / Monsieur le Directeur],</w:t>
      </w:r>
    </w:p>
    <w:p>
      <w:pPr>
        <w:spacing w:after="160"/>
      </w:pPr>
      <w:r>
        <w:t>Élève en [CAP Accompagnant éducatif petite enfance, bac professionnel, BTS Économie sociale familiale, licence Sciences de l’éducation] à [établissement], je sollicite un stage de [nombre] semaines au sein de votre [école / crèche / structure], du [date de début] au [date de fin].</w:t>
      </w:r>
    </w:p>
    <w:p>
      <w:pPr>
        <w:spacing w:after="160"/>
      </w:pPr>
      <w:r>
        <w:t>Je souhaite apprendre [missions précises : l’accompagnement des enfants dans les activités, les temps de repas et de repos, l’aide en classe, la préparation des activités], aux côtés de votre équipe.</w:t>
      </w:r>
    </w:p>
    <w:p>
      <w:pPr>
        <w:spacing w:after="160"/>
      </w:pPr>
      <w:r>
        <w:t>Votre structure m’intéresse parce que [raison précise : son projet pédagogique, ses activités, son accueil d’enfants à besoins particuliers].</w:t>
      </w:r>
    </w:p>
    <w:p>
      <w:pPr>
        <w:spacing w:after="160"/>
      </w:pPr>
      <w:r>
        <w:t>Pourriez-vous m’indiquer les documents que vous demandez pour l’accueil d’un stagiaire auprès des enfants ? Je les préparerai dès votre accord.</w:t>
      </w:r>
    </w:p>
    <w:p>
      <w:pPr>
        <w:spacing w:after="160"/>
      </w:pPr>
      <w:r>
        <w:t>La convention est établie par mon établissement, et mon enseignant(e) référent(e) reste joignable pendant toute la période.</w:t>
      </w:r>
    </w:p>
    <w:p>
      <w:pPr>
        <w:spacing w:after="160"/>
      </w:pPr>
      <w:r>
        <w:t>Je vous prie d’agréer, [Madame la Directrice / Monsieur le Directeur], l’expression de mes salutations respectueuses.</w:t>
      </w:r>
    </w:p>
    <w:p>
      <w:pPr>
        <w:spacing w:after="160"/>
      </w:pPr>
      <w:r>
        <w:t>[Prénom Nom]</w:t>
        <w:br/>
      </w:r>
      <w:r>
        <w:t>[Téléphone]</w:t>
        <w:br/>
      </w:r>
      <w:r>
        <w:t>[Adresse mail]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