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744"/>
          <w:sz w:val="40"/>
        </w:rPr>
        <w:t>12 modèles de lettre de préavis de logement</w:t>
      </w:r>
    </w:p>
    <w:p>
      <w:r>
        <w:rPr>
          <w:color w:val="F97316"/>
          <w:sz w:val="20"/>
        </w:rPr>
        <w:t>Mise à jour du 1er octobre 2026 — lettres-types-gratuites.com</w:t>
      </w:r>
    </w:p>
    <w:p>
      <w:r>
        <w:t>Ce pack regroupe les 12 modèles de lettre de préavis du guide publié sur lettres-types-gratuites.com. Remplacez chaque mention entre crochets par vos informations, puis imprimez en deux exemplaires : un pour le propriétaire, un pour votre dossier.</w:t>
      </w:r>
    </w:p>
    <w:p>
      <w:r>
        <w:rPr>
          <w:b/>
          <w:color w:val="1A2744"/>
        </w:rPr>
        <w:t>À retenir avant d'envoyer</w:t>
      </w:r>
    </w:p>
    <w:p>
      <w:pPr>
        <w:pStyle w:val="ListBullet"/>
      </w:pPr>
      <w:r>
        <w:t>Le préavis court du jour où le propriétaire reçoit votre recommandé, pas du jour de l'envoi.</w:t>
      </w:r>
    </w:p>
    <w:p>
      <w:pPr>
        <w:pStyle w:val="ListBullet"/>
      </w:pPr>
      <w:r>
        <w:t>Un recommandé renvoyé « non réclamé » rend le congé non valable : tout est à recommencer.</w:t>
      </w:r>
    </w:p>
    <w:p>
      <w:pPr>
        <w:pStyle w:val="ListBullet"/>
      </w:pPr>
      <w:r>
        <w:t>Logement vide : 3 mois. Logement meublé : 1 mois. Neuf motifs réduisent le délai à 1 mois.</w:t>
      </w:r>
    </w:p>
    <w:p>
      <w:pPr>
        <w:pStyle w:val="ListBullet"/>
      </w:pPr>
      <w:r>
        <w:t>Joignez toujours le justificatif si vous demandez un préavis réduit, sans quoi 3 mois s'appliquent.</w:t>
      </w:r>
    </w:p>
    <w:p>
      <w:pPr>
        <w:pStyle w:val="ListBullet"/>
      </w:pPr>
      <w:r>
        <w:t>Communiquez votre nouvelle adresse à la remise des clés : c'est la condition de la pénalité de retard sur le dépôt de garantie.</w:t>
      </w:r>
    </w:p>
    <w:p>
      <w:r>
        <w:rPr>
          <w:b/>
          <w:color w:val="1A2744"/>
        </w:rPr>
        <w:t>Sommaire</w:t>
      </w:r>
    </w:p>
    <w:p>
      <w:pPr>
        <w:pStyle w:val="ListNumber"/>
      </w:pPr>
      <w:r>
        <w:t>1. Modèle 1 : lettre de préavis 3 mois pour un logement vide</w:t>
      </w:r>
    </w:p>
    <w:p>
      <w:pPr>
        <w:pStyle w:val="ListNumber"/>
      </w:pPr>
      <w:r>
        <w:t>2. Modèle 2 : lettre de préavis 1 mois en zone tendue</w:t>
      </w:r>
    </w:p>
    <w:p>
      <w:pPr>
        <w:pStyle w:val="ListNumber"/>
      </w:pPr>
      <w:r>
        <w:t>3. Modèle 3 : lettre de préavis 1 mois pour un logement meublé</w:t>
      </w:r>
    </w:p>
    <w:p>
      <w:pPr>
        <w:pStyle w:val="ListNumber"/>
      </w:pPr>
      <w:r>
        <w:t>4. Modèle 4 : lettre de préavis 1 mois après l'attribution d'un logement social</w:t>
      </w:r>
    </w:p>
    <w:p>
      <w:pPr>
        <w:pStyle w:val="ListNumber"/>
      </w:pPr>
      <w:r>
        <w:t>5. Modèle 5 : lettre de préavis 1 mois pour bénéficiaire du RSA ou de l'AAH</w:t>
      </w:r>
    </w:p>
    <w:p>
      <w:pPr>
        <w:pStyle w:val="ListNumber"/>
      </w:pPr>
      <w:r>
        <w:t>6. Modèle 6 : lettre de préavis 1 mois pour mutation professionnelle</w:t>
      </w:r>
    </w:p>
    <w:p>
      <w:pPr>
        <w:pStyle w:val="ListNumber"/>
      </w:pPr>
      <w:r>
        <w:t>7. Modèle 7 : lettre de préavis 1 mois après une perte d'emploi</w:t>
      </w:r>
    </w:p>
    <w:p>
      <w:pPr>
        <w:pStyle w:val="ListNumber"/>
      </w:pPr>
      <w:r>
        <w:t>8. Modèle 8 : lettre de préavis 1 mois pour un premier emploi ou un nouvel emploi après chômage</w:t>
      </w:r>
    </w:p>
    <w:p>
      <w:pPr>
        <w:pStyle w:val="ListNumber"/>
      </w:pPr>
      <w:r>
        <w:t>9. Modèle 9 : lettre de préavis 1 mois pour raison de santé</w:t>
      </w:r>
    </w:p>
    <w:p>
      <w:pPr>
        <w:pStyle w:val="ListNumber"/>
      </w:pPr>
      <w:r>
        <w:t>10. Modèle 10 : lettre de préavis 1 mois pour une victime de violences conjugales</w:t>
      </w:r>
    </w:p>
    <w:p>
      <w:pPr>
        <w:pStyle w:val="ListNumber"/>
      </w:pPr>
      <w:r>
        <w:t>11. Modèle 11 : lettre de préavis d'un colocataire</w:t>
      </w:r>
    </w:p>
    <w:p>
      <w:pPr>
        <w:pStyle w:val="ListNumber"/>
      </w:pPr>
      <w:r>
        <w:t>12. Modèle 12 : récépissé de remise en main propre à faire signer</w:t>
      </w:r>
    </w:p>
    <w:p>
      <w:r>
        <w:br w:type="page"/>
      </w:r>
    </w:p>
    <w:p>
      <w:r>
        <w:rPr>
          <w:b/>
          <w:color w:val="1A2744"/>
          <w:sz w:val="28"/>
        </w:rPr>
        <w:t>Modèle 1 : lettre de préavis 3 mois pour un logement vide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de trois mois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 du logement, avec étage et numéro d'appartement],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Conformément à l'article 15 de la loi n° 89-462 du 6 juillet 1989, le délai de préavis applicable est de trois mois. Il courra à compter du jour où vous recevrez la présente lettre.</w:t>
      </w:r>
    </w:p>
    <w:p>
      <w:pPr>
        <w:spacing w:after="40"/>
        <w:jc w:val="left"/>
      </w:pPr>
    </w:p>
    <w:p>
      <w:pPr>
        <w:spacing w:after="40"/>
        <w:jc w:val="left"/>
      </w:pPr>
      <w:r>
        <w:t>Je libérerai donc les lieux et vous remettrai les clés au plus tard le [date, soit trois mois après la réception]. Je m'acquitterai du loyer et des charges jusqu'à cette date.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remercie de bien vouloir me proposer plusieurs créneaux afin de réaliser ensemble l'état des lieux de sortie. Vous pouvez me joindre au [téléphone].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communiquerai ma nouvelle adresse lors de la remise des clés, afin que vous puissiez me restituer le dépôt de garantie dans les délais prévus par la loi.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2 : lettre de préavis 1 mois en zone tendue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mois, zone tendue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Ce logement est situé sur la commune de [commune], classée en zone d'urbanisation continue de plus de 50 000 habitants marquée par un déséquilibre entre l'offre et la demande de logements. En application de l'article 15 de la loi n° 89-462 du 6 juillet 1989, le délai de préavis est donc réduit à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du jour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reste à votre disposition pour convenir d'un rendez-vous en vue de l'état des lieux de sortie,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3 : lettre de préavis 1 mois pour un logement meublé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meublé situé [adresse du logement] – préavis d'un mois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meublé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S'agissant d'une location meublée à usage de résidence principale, le délai de préavis est de un mois, conformément à l'article 25-8 de la loi n° 89-462 du 6 juillet 1989. Aucun motif particulier n'a à être justifié.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quitterai donc le logement et vous restituerai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propose de fixer ensemble la date de l'état des lieux de sortie. Je vous demande de bien vouloir procéder à cette occasion à la vérification de l'inventaire du mobilier remis à mon entrée dans les lieux.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communiquerai ma nouvelle adresse lors de la remise des clés, en vue de la restitution du dépôt de garantie.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4 : lettre de préavis 1 mois après l'attribution d'un logement social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copie du courrier d'attribution du logement social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mois, attribution d'un logement social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Un logement social vient de m'être attribué par [nom du bailleur social] par courrier du [date du courrier d'attribution]. Cette situation figure parmi les cas de préavis réduit prévus à l'article 15 de la loi n° 89-462 du 6 juillet 1989. Le délai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la copie du courrier d'attribution.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reste disponible pour l'état des lieux de sortie, aux dates que vous me proposerez,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5 : lettre de préavis 1 mois pour bénéficiaire du RSA ou de l'AAH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attestation de paiement [CAF / MSA]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Je suis bénéficiaire [du revenu de solidarité active / de l'allocation aux adultes handicapés]. Cette situation figure parmi les cas de préavis réduit prévus à l'article 15 de la loi n° 89-462 du 6 juillet 1989. Le délai de préavis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une attestation de paiement établie par [la Caisse d'allocations familiales / la Mutualité sociale agricole], datée du [date].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me tiens à votre disposition pour fixer la date de l'état des lieux de sortie,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6 : lettre de préavis 1 mois pour mutation professionnelle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attestation de mutation établie par l'employeur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mois, mutation professionnelle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Je fais l'objet d'une mutation professionnelle à compter du [date d'effet de la mutation], mon nouveau lieu de travail étant situé à [ville]. Cette situation figure parmi les cas de préavis réduit prévus à l'article 15 de la loi n° 89-462 du 6 juillet 1989. Le délai de préavis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l'attestation établie par mon employeur, [nom de l'employeur], précisant la date d'effet et le lieu de ma nouvelle affectation.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Compte tenu du calendrier contraint de ma prise de poste, je vous serais reconnaissant(e) de me proposer rapidement un créneau pour l'état des lieux de sortie. Je suis joignable au [téléphone].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7 : lettre de préavis 1 mois après une perte d'emploi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[lettre de licenciement / convention de rupture homologuée / attestation de fin de contrat]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mois, perte d'emploi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J'ai perdu mon emploi le [date], à la suite [d'un licenciement / d'une rupture conventionnelle / de la fin de mon contrat à durée déterminée] au sein de [nom de l'employeur]. Cette situation figure parmi les cas de préavis réduit prévus à l'article 15 de la loi n° 89-462 du 6 juillet 1989. Le délai de préavis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le justificatif correspondant.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reste à votre disposition pour convenir de la date de l'état des lieux de sortie,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8 : lettre de préavis 1 mois pour un premier emploi ou un nouvel emploi après chômage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Pièces jointes : [contrat de travail ou attestation d'embauche] [+ justificatif de la perte d'emploi, le cas échéant]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[Option 1, premier emploi : je viens d'obtenir mon premier emploi au sein de [nom de l'employeur], avec une prise de poste le [date].]</w:t>
      </w:r>
    </w:p>
    <w:p>
      <w:pPr>
        <w:spacing w:after="40"/>
        <w:jc w:val="left"/>
      </w:pPr>
    </w:p>
    <w:p>
      <w:pPr>
        <w:spacing w:after="40"/>
        <w:jc w:val="left"/>
      </w:pPr>
      <w:r>
        <w:t>[Option 2, nouvel emploi après une perte d'emploi : après la perte de mon emploi survenue le [date] chez [ancien employeur], j'ai obtenu un nouvel emploi au sein de [nouvel employeur], avec une prise de poste le [date]. Ces deux événements sont intervenus au cours du présent bail.]</w:t>
      </w:r>
    </w:p>
    <w:p>
      <w:pPr>
        <w:spacing w:after="40"/>
        <w:jc w:val="left"/>
      </w:pPr>
    </w:p>
    <w:p>
      <w:pPr>
        <w:spacing w:after="40"/>
        <w:jc w:val="left"/>
      </w:pPr>
      <w:r>
        <w:t>Cette situation figure parmi les cas de préavis réduit prévus à l'article 15 de la loi n° 89-462 du 6 juillet 1989. Le délai de préavis applicable est donc de un mois. Vous trouverez ci-joint [le justificatif / les justificatifs] correspondant[s].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me tiens à votre disposition pour l'état des lieux de sortie,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9 : lettre de préavis 1 mois pour raison de santé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certificat médical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mois, état de santé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Mon état de santé justifie un changement de domicile. Cette situation figure parmi les cas de préavis réduit prévus à l'article 15 de la loi n° 89-462 du 6 juillet 1989. Le délai de préavis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un certificat médical établi le [date] par [le docteur Nom / mon médecin traitant], attestant que mon état de santé justifie ce changement de domicile. Conformément au secret médical, ce certificat ne mentionne aucun élément de diagnostic.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reste à votre disposition pour fixer la date de l'état des lieux de sortie, et vous communiquerai ma nouvelle adresse lors de la remise des clés.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10 : lettre de préavis 1 mois pour une victime de violences conjugales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  <w:r>
        <w:t>Pièce jointe : [copie de l'ordonnance de protection / copie de la décision de condamnation]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du logement situé [adresse du logement] – préavis réduit à un mois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locataire du logement situé [adresse complète], vous informe de ma décision de donner congé de ce logement.</w:t>
      </w:r>
    </w:p>
    <w:p>
      <w:pPr>
        <w:spacing w:after="40"/>
        <w:jc w:val="left"/>
      </w:pPr>
    </w:p>
    <w:p>
      <w:pPr>
        <w:spacing w:after="40"/>
        <w:jc w:val="left"/>
      </w:pPr>
      <w:r>
        <w:t>Ma situation relève des cas de préavis réduit prévus à l'article 15 de la loi n° 89-462 du 6 juillet 1989. Le délai de préavis applicable est donc de un mois.</w:t>
      </w:r>
    </w:p>
    <w:p>
      <w:pPr>
        <w:spacing w:after="40"/>
        <w:jc w:val="left"/>
      </w:pPr>
    </w:p>
    <w:p>
      <w:pPr>
        <w:spacing w:after="40"/>
        <w:jc w:val="left"/>
      </w:pPr>
      <w:r>
        <w:t>Vous trouverez ci-joint la copie de [l'ordonnance de protection délivrée le [date] par le juge aux affaires familiales / la décision de condamnation rendue le [date]].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les lieux et vous remettrai les clés au plus tard le [date, soit un mois après la réception].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demande de bien vouloir adresser toute correspondance relative à ce congé à l'adresse suivante : [adresse de correspondance], et de ne communiquer aucune information me concernant à des tiers.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11 : lettre de préavis d'un colocataire</w:t>
      </w:r>
    </w:p>
    <w:p>
      <w:pPr>
        <w:spacing w:after="40"/>
        <w:jc w:val="left"/>
      </w:pPr>
      <w:r>
        <w:t>[Prénom Nom]</w:t>
      </w:r>
    </w:p>
    <w:p>
      <w:pPr>
        <w:spacing w:after="40"/>
        <w:jc w:val="left"/>
      </w:pPr>
      <w:r>
        <w:t>[Adresse du logement loué]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  <w:r>
        <w:t>[Téléphone] – [Adresse mail]</w:t>
      </w:r>
    </w:p>
    <w:p>
      <w:pPr>
        <w:spacing w:after="40"/>
        <w:jc w:val="left"/>
      </w:pPr>
    </w:p>
    <w:p>
      <w:pPr>
        <w:spacing w:after="40"/>
        <w:jc w:val="left"/>
      </w:pPr>
      <w:r>
        <w:t>[Nom du propriétaire ou de l'agence]</w:t>
      </w:r>
    </w:p>
    <w:p>
      <w:pPr>
        <w:spacing w:after="40"/>
        <w:jc w:val="left"/>
      </w:pPr>
      <w:r>
        <w:t>[Adresse]</w:t>
      </w:r>
    </w:p>
    <w:p>
      <w:pPr>
        <w:spacing w:after="40"/>
        <w:jc w:val="left"/>
      </w:pPr>
      <w:r>
        <w:t>[Code postal Ville]</w:t>
      </w:r>
    </w:p>
    <w:p>
      <w:pPr>
        <w:spacing w:after="40"/>
        <w:jc w:val="left"/>
      </w:pPr>
    </w:p>
    <w:p>
      <w:pPr>
        <w:spacing w:after="40"/>
        <w:jc w:val="left"/>
      </w:pPr>
      <w:r>
        <w:t>À [ville], le [date]</w:t>
      </w:r>
    </w:p>
    <w:p>
      <w:pPr>
        <w:spacing w:after="40"/>
        <w:jc w:val="left"/>
      </w:pPr>
    </w:p>
    <w:p>
      <w:pPr>
        <w:spacing w:after="40"/>
        <w:jc w:val="left"/>
      </w:pPr>
      <w:r>
        <w:t>Lettre recommandée avec avis de réception</w:t>
      </w:r>
    </w:p>
    <w:p>
      <w:pPr>
        <w:spacing w:after="40"/>
        <w:jc w:val="left"/>
      </w:pPr>
    </w:p>
    <w:p>
      <w:pPr>
        <w:spacing w:after="40"/>
        <w:jc w:val="left"/>
      </w:pPr>
      <w:r>
        <w:t>Objet : congé individuel du colocataire [Prénom Nom] – logement situé [adresse du logement]</w:t>
      </w:r>
    </w:p>
    <w:p>
      <w:pPr>
        <w:spacing w:after="40"/>
        <w:jc w:val="left"/>
      </w:pPr>
    </w:p>
    <w:p>
      <w:pPr>
        <w:spacing w:after="40"/>
        <w:jc w:val="left"/>
      </w:pPr>
      <w:r>
        <w:t>Madame, Monsieur,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Nom], colocataire du logement situé [adresse complète] au titre du bail signé le [date du bail], vous informe de ma décision de donner congé à titre individuel.</w:t>
      </w:r>
    </w:p>
    <w:p>
      <w:pPr>
        <w:spacing w:after="40"/>
        <w:jc w:val="left"/>
      </w:pPr>
    </w:p>
    <w:p>
      <w:pPr>
        <w:spacing w:after="40"/>
        <w:jc w:val="left"/>
      </w:pPr>
      <w:r>
        <w:t>Le délai de préavis applicable à ma situation est de [un mois / trois mois] [préciser le motif si le délai est réduit : logement meublé, zone tendue, ou motif prévu à l'article 15 de la loi du 6 juillet 1989, avec justificatif joint].</w:t>
      </w:r>
    </w:p>
    <w:p>
      <w:pPr>
        <w:spacing w:after="40"/>
        <w:jc w:val="left"/>
      </w:pPr>
    </w:p>
    <w:p>
      <w:pPr>
        <w:spacing w:after="40"/>
        <w:jc w:val="left"/>
      </w:pPr>
      <w:r>
        <w:t>Ce délai courra à compter de la réception de la présente lettre. Je libérerai ma chambre et les parties communes, et vous remettrai mes clés au plus tard le [date].</w:t>
      </w:r>
    </w:p>
    <w:p>
      <w:pPr>
        <w:spacing w:after="40"/>
        <w:jc w:val="left"/>
      </w:pPr>
    </w:p>
    <w:p>
      <w:pPr>
        <w:spacing w:after="40"/>
        <w:jc w:val="left"/>
      </w:pPr>
      <w:r>
        <w:t>Les colocataires suivants demeurent dans les lieux et poursuivent le bail : [Prénom Nom], [Prénom Nom].</w:t>
      </w:r>
    </w:p>
    <w:p>
      <w:pPr>
        <w:spacing w:after="40"/>
        <w:jc w:val="left"/>
      </w:pPr>
    </w:p>
    <w:p>
      <w:pPr>
        <w:spacing w:after="40"/>
        <w:jc w:val="left"/>
      </w:pPr>
      <w:r>
        <w:t>[Si un remplaçant est trouvé : un nouveau colocataire, [Prénom Nom], est disposé à me remplacer à compter du [date]. Je vous demande de bien vouloir établir un avenant au bail actant son entrée et mon départ.]</w:t>
      </w:r>
    </w:p>
    <w:p>
      <w:pPr>
        <w:spacing w:after="40"/>
        <w:jc w:val="left"/>
      </w:pPr>
    </w:p>
    <w:p>
      <w:pPr>
        <w:spacing w:after="40"/>
        <w:jc w:val="left"/>
      </w:pPr>
      <w:r>
        <w:t>Je vous demande de prendre acte de la fin de mon engagement solidaire au terme de ce préavis, ou à la date d'entrée de mon remplaçant si celle-ci est antérieure.</w:t>
      </w:r>
    </w:p>
    <w:p>
      <w:pPr>
        <w:spacing w:after="40"/>
        <w:jc w:val="left"/>
      </w:pPr>
    </w:p>
    <w:p>
      <w:pPr>
        <w:spacing w:after="40"/>
        <w:jc w:val="left"/>
      </w:pPr>
      <w:r>
        <w:t>Je sollicite également un état des lieux de sortie partiel portant sur ma chambre, afin de fixer ma part éventuelle de dépôt de garantie.</w:t>
      </w:r>
    </w:p>
    <w:p>
      <w:pPr>
        <w:spacing w:after="40"/>
        <w:jc w:val="left"/>
      </w:pPr>
    </w:p>
    <w:p>
      <w:pPr>
        <w:spacing w:after="40"/>
        <w:jc w:val="left"/>
      </w:pPr>
      <w:r>
        <w:t>Je vous prie d'agréer, Madame, Monsieur, l'expression de mes salutations distinguées.</w:t>
      </w:r>
    </w:p>
    <w:p>
      <w:pPr>
        <w:spacing w:after="40"/>
        <w:jc w:val="left"/>
      </w:pPr>
    </w:p>
    <w:p>
      <w:pPr>
        <w:spacing w:after="40"/>
        <w:jc w:val="left"/>
      </w:pPr>
      <w:r>
        <w:t>[Signature]</w:t>
      </w:r>
    </w:p>
    <w:p>
      <w:pPr>
        <w:spacing w:after="40"/>
        <w:jc w:val="left"/>
      </w:pPr>
      <w:r>
        <w:t>[Prénom Nom]</w:t>
      </w:r>
    </w:p>
    <w:p>
      <w:r>
        <w:br w:type="page"/>
      </w:r>
    </w:p>
    <w:p>
      <w:r>
        <w:rPr>
          <w:b/>
          <w:color w:val="1A2744"/>
          <w:sz w:val="28"/>
        </w:rPr>
        <w:t>Modèle 12 : récépissé de remise en main propre à faire signer</w:t>
      </w:r>
    </w:p>
    <w:p>
      <w:pPr>
        <w:spacing w:after="40"/>
        <w:jc w:val="left"/>
      </w:pPr>
      <w:r>
        <w:t>RÉCÉPISSÉ DE REMISE EN MAIN PROPRE</w:t>
      </w:r>
    </w:p>
    <w:p>
      <w:pPr>
        <w:spacing w:after="40"/>
        <w:jc w:val="left"/>
      </w:pPr>
    </w:p>
    <w:p>
      <w:pPr>
        <w:spacing w:after="40"/>
        <w:jc w:val="left"/>
      </w:pPr>
      <w:r>
        <w:t>Je soussigné(e) [Prénom Nom du propriétaire ou du représentant de l'agence], agissant en qualité de [propriétaire / mandataire de l'agence [nom]],</w:t>
      </w:r>
    </w:p>
    <w:p>
      <w:pPr>
        <w:spacing w:after="40"/>
        <w:jc w:val="left"/>
      </w:pPr>
    </w:p>
    <w:p>
      <w:pPr>
        <w:spacing w:after="40"/>
        <w:jc w:val="left"/>
      </w:pPr>
      <w:r>
        <w:t>reconnais avoir reçu ce jour, en main propre, de la part de [Prénom Nom du locataire], locataire du logement situé [adresse complète du logement],</w:t>
      </w:r>
    </w:p>
    <w:p>
      <w:pPr>
        <w:spacing w:after="40"/>
        <w:jc w:val="left"/>
      </w:pPr>
    </w:p>
    <w:p>
      <w:pPr>
        <w:spacing w:after="40"/>
        <w:jc w:val="left"/>
      </w:pPr>
      <w:r>
        <w:t>la lettre de congé par laquelle ce locataire met fin au bail de ce logement, avec un préavis de [un mois / trois mois].</w:t>
      </w:r>
    </w:p>
    <w:p>
      <w:pPr>
        <w:spacing w:after="40"/>
        <w:jc w:val="left"/>
      </w:pPr>
    </w:p>
    <w:p>
      <w:pPr>
        <w:spacing w:after="40"/>
        <w:jc w:val="left"/>
      </w:pPr>
      <w:r>
        <w:t>[Le cas échéant : ainsi que le ou les justificatifs suivants : [liste des pièces jointes].]</w:t>
      </w:r>
    </w:p>
    <w:p>
      <w:pPr>
        <w:spacing w:after="40"/>
        <w:jc w:val="left"/>
      </w:pPr>
    </w:p>
    <w:p>
      <w:pPr>
        <w:spacing w:after="40"/>
        <w:jc w:val="left"/>
      </w:pPr>
      <w:r>
        <w:t>Date de remise : [jour / mois / année]</w:t>
      </w:r>
    </w:p>
    <w:p>
      <w:pPr>
        <w:spacing w:after="40"/>
        <w:jc w:val="left"/>
      </w:pPr>
      <w:r>
        <w:t>Lieu de remise : [ville]</w:t>
      </w:r>
    </w:p>
    <w:p>
      <w:pPr>
        <w:spacing w:after="40"/>
        <w:jc w:val="left"/>
      </w:pPr>
    </w:p>
    <w:p>
      <w:pPr>
        <w:spacing w:after="40"/>
        <w:jc w:val="left"/>
      </w:pPr>
      <w:r>
        <w:t>Signature du propriétaire ou de son mandataire,</w:t>
      </w:r>
    </w:p>
    <w:p>
      <w:pPr>
        <w:spacing w:after="40"/>
        <w:jc w:val="left"/>
      </w:pPr>
      <w:r>
        <w:t>précédée de la mention manuscrite « reçu le [date] » :</w:t>
      </w:r>
    </w:p>
    <w:p>
      <w:pPr>
        <w:spacing w:after="40"/>
        <w:jc w:val="left"/>
      </w:pPr>
    </w:p>
    <w:p>
      <w:pPr>
        <w:spacing w:after="40"/>
        <w:jc w:val="left"/>
      </w:pPr>
    </w:p>
    <w:p>
      <w:pPr>
        <w:spacing w:after="40"/>
        <w:jc w:val="left"/>
      </w:pPr>
      <w:r>
        <w:t>_______________________________</w:t>
      </w:r>
    </w:p>
    <w:p>
      <w:pPr>
        <w:spacing w:after="40"/>
        <w:jc w:val="left"/>
      </w:pPr>
    </w:p>
    <w:p>
      <w:pPr>
        <w:spacing w:after="40"/>
        <w:jc w:val="left"/>
      </w:pPr>
    </w:p>
    <w:p>
      <w:pPr>
        <w:spacing w:after="40"/>
        <w:jc w:val="left"/>
      </w:pPr>
      <w:r>
        <w:t>Signature du locataire :</w:t>
      </w:r>
    </w:p>
    <w:p>
      <w:pPr>
        <w:spacing w:after="40"/>
        <w:jc w:val="left"/>
      </w:pPr>
    </w:p>
    <w:p>
      <w:pPr>
        <w:spacing w:after="40"/>
        <w:jc w:val="left"/>
      </w:pPr>
    </w:p>
    <w:p>
      <w:pPr>
        <w:spacing w:after="40"/>
        <w:jc w:val="left"/>
      </w:pPr>
      <w:r>
        <w:t>_______________________________</w:t>
      </w:r>
    </w:p>
    <w:p>
      <w:pPr>
        <w:spacing w:after="40"/>
        <w:jc w:val="left"/>
      </w:pPr>
    </w:p>
    <w:p>
      <w:pPr>
        <w:spacing w:after="40"/>
        <w:jc w:val="left"/>
      </w:pPr>
      <w:r>
        <w:t>Document établi en deux exemplaires originaux, dont un remis à chaque partie.</w:t>
      </w:r>
    </w:p>
    <w:p>
      <w:r>
        <w:br w:type="page"/>
      </w:r>
    </w:p>
    <w:p>
      <w:r>
        <w:rPr>
          <w:sz w:val="18"/>
        </w:rPr>
        <w:t>Sources vérifiées le 1er octobre 2026 sur service-public.gouv.fr (fiches F1168, F32360, F39713). Document gratuit — lettres-types-gratuites.com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