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A2744"/>
          <w:sz w:val="40"/>
        </w:rPr>
        <w:t>9 modèles de lettres pour devenir assistant familial</w:t>
      </w:r>
    </w:p>
    <w:p>
      <w:r>
        <w:rPr>
          <w:color w:val="F97316"/>
          <w:sz w:val="20"/>
        </w:rPr>
        <w:t>Mise à jour du 2 octobre 2026 — lettres-types-gratuites.com</w:t>
      </w:r>
    </w:p>
    <w:p>
      <w:r>
        <w:t>Ce pack regroupe les 9 modèles de lettres pour devenir assistant familial publiés sur lettres-types-gratuites.com. Remplacez chaque mention entre crochets par vos informations, puis imprimez en deux exemplaires : un pour le propriétaire, un pour votre dossier.</w:t>
      </w:r>
    </w:p>
    <w:p>
      <w:r>
        <w:rPr>
          <w:b/>
          <w:color w:val="1A2744"/>
        </w:rPr>
        <w:t>À retenir avant d'envoyer</w:t>
      </w:r>
    </w:p>
    <w:p>
      <w:pPr>
        <w:pStyle w:val="ListBullet"/>
      </w:pPr>
      <w:r>
        <w:t>La demande d'agrément s'adresse au service de protection maternelle et infantile ; la lettre de motivation à un employeur, après l'agrément.</w:t>
      </w:r>
    </w:p>
    <w:p>
      <w:pPr>
        <w:pStyle w:val="ListBullet"/>
      </w:pPr>
      <w:r>
        <w:t>Le service dispose de 4 mois pour instruire la demande une fois le dossier complet : son silence vaut accord.</w:t>
      </w:r>
    </w:p>
    <w:p>
      <w:pPr>
        <w:pStyle w:val="ListBullet"/>
      </w:pPr>
      <w:r>
        <w:t>L'agrément vaut 5 ans, pour 3 enfants au maximum, et se renouvelle au moins 3 mois avant l'échéance.</w:t>
      </w:r>
    </w:p>
    <w:p>
      <w:pPr>
        <w:pStyle w:val="ListBullet"/>
      </w:pPr>
      <w:r>
        <w:t>Présentez un engagement professionnel, jamais un projet familial : les motivations centrées sur l'amour à donner sont le premier motif de refus.</w:t>
      </w:r>
    </w:p>
    <w:p>
      <w:pPr>
        <w:pStyle w:val="ListBullet"/>
      </w:pPr>
      <w:r>
        <w:t>En cas de refus, le recours gracieux se forme dans les 2 mois suivant la réception de la décision.</w:t>
      </w:r>
    </w:p>
    <w:p>
      <w:r>
        <w:rPr>
          <w:b/>
          <w:color w:val="1A2744"/>
        </w:rPr>
        <w:t>Sommaire</w:t>
      </w:r>
    </w:p>
    <w:p>
      <w:pPr>
        <w:pStyle w:val="ListNumber"/>
      </w:pPr>
      <w:r>
        <w:t>1. Modèle 1 : lettre de demande d'agrément d'assistant familial à la protection maternelle et infantile</w:t>
      </w:r>
    </w:p>
    <w:p>
      <w:pPr>
        <w:pStyle w:val="ListNumber"/>
      </w:pPr>
      <w:r>
        <w:t>2. Modèle 2 : lettre de motivation d'assistant familial pour le service d'accueil familial du département</w:t>
      </w:r>
    </w:p>
    <w:p>
      <w:pPr>
        <w:pStyle w:val="ListNumber"/>
      </w:pPr>
      <w:r>
        <w:t>3. Modèle 3 : lettre de motivation de famille d'accueil pour une association ou un service de placement familial</w:t>
      </w:r>
    </w:p>
    <w:p>
      <w:pPr>
        <w:pStyle w:val="ListNumber"/>
      </w:pPr>
      <w:r>
        <w:t>4. Modèle 4 : lettre de motivation d'assistant familial en reconversion professionnelle</w:t>
      </w:r>
    </w:p>
    <w:p>
      <w:pPr>
        <w:pStyle w:val="ListNumber"/>
      </w:pPr>
      <w:r>
        <w:t>5. Modèle 5 : lettre de motivation de famille d'accueil avec une expérience auprès d'enfants</w:t>
      </w:r>
    </w:p>
    <w:p>
      <w:pPr>
        <w:pStyle w:val="ListNumber"/>
      </w:pPr>
      <w:r>
        <w:t>6. Modèle 6 : lettre de motivation pour l'accueil d'urgence ou l'accueil relais</w:t>
      </w:r>
    </w:p>
    <w:p>
      <w:pPr>
        <w:pStyle w:val="ListNumber"/>
      </w:pPr>
      <w:r>
        <w:t>7. Modèle 7 : demande de modification de l'agrément d'assistant familial</w:t>
      </w:r>
    </w:p>
    <w:p>
      <w:pPr>
        <w:pStyle w:val="ListNumber"/>
      </w:pPr>
      <w:r>
        <w:t>8. Modèle 8 : demande de renouvellement de l'agrément d'assistant familial</w:t>
      </w:r>
    </w:p>
    <w:p>
      <w:pPr>
        <w:pStyle w:val="ListNumber"/>
      </w:pPr>
      <w:r>
        <w:t>9. Modèle 9 : recours gracieux après un refus d'agrément d'assistant familial</w:t>
      </w:r>
    </w:p>
    <w:p>
      <w:r>
        <w:br w:type="page"/>
      </w:r>
    </w:p>
    <w:p>
      <w:r>
        <w:rPr>
          <w:b/>
          <w:color w:val="1A2744"/>
          <w:sz w:val="28"/>
        </w:rPr>
        <w:t>Modèle 1 : lettre de demande d'agrément d'assistant familial à la protection maternelle et infantile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 [Adresse mail]</w:t>
      </w:r>
    </w:p>
    <w:p>
      <w:pPr>
        <w:spacing w:after="40"/>
        <w:jc w:val="left"/>
      </w:pPr>
    </w:p>
    <w:p>
      <w:pPr>
        <w:spacing w:after="40"/>
        <w:jc w:val="left"/>
      </w:pPr>
      <w:r>
        <w:t>Service de protection maternelle et infantile</w:t>
      </w:r>
    </w:p>
    <w:p>
      <w:pPr>
        <w:spacing w:after="40"/>
        <w:jc w:val="left"/>
      </w:pPr>
      <w:r>
        <w:t>Conseil départemental [nom du département]</w:t>
      </w:r>
    </w:p>
    <w:p>
      <w:pPr>
        <w:spacing w:after="40"/>
        <w:jc w:val="left"/>
      </w:pPr>
      <w:r>
        <w:t>[Adresse]</w:t>
      </w:r>
    </w:p>
    <w:p>
      <w:pPr>
        <w:spacing w:after="40"/>
        <w:jc w:val="left"/>
      </w:pPr>
      <w:r>
        <w:t>[Code postal Ville]</w:t>
      </w:r>
    </w:p>
    <w:p>
      <w:pPr>
        <w:spacing w:after="40"/>
        <w:jc w:val="left"/>
      </w:pPr>
    </w:p>
    <w:p>
      <w:pPr>
        <w:spacing w:after="40"/>
        <w:jc w:val="left"/>
      </w:pPr>
      <w:r>
        <w:t>À [ville], le [date]</w:t>
      </w:r>
    </w:p>
    <w:p>
      <w:pPr>
        <w:spacing w:after="40"/>
        <w:jc w:val="left"/>
      </w:pPr>
    </w:p>
    <w:p>
      <w:pPr>
        <w:spacing w:after="40"/>
        <w:jc w:val="left"/>
      </w:pPr>
      <w:r>
        <w:t>Lettre recommandée avec avis de réception</w:t>
      </w:r>
    </w:p>
    <w:p>
      <w:pPr>
        <w:spacing w:after="40"/>
        <w:jc w:val="left"/>
      </w:pPr>
    </w:p>
    <w:p>
      <w:pPr>
        <w:spacing w:after="40"/>
        <w:jc w:val="left"/>
      </w:pPr>
      <w:r>
        <w:t>Objet : demande d'agrément en vue d'exercer la profession d'assistant familial</w:t>
      </w:r>
    </w:p>
    <w:p>
      <w:pPr>
        <w:spacing w:after="40"/>
        <w:jc w:val="left"/>
      </w:pPr>
    </w:p>
    <w:p>
      <w:pPr>
        <w:spacing w:after="40"/>
        <w:jc w:val="left"/>
      </w:pPr>
      <w:r>
        <w:t>Madame, Monsieur,</w:t>
      </w:r>
    </w:p>
    <w:p>
      <w:pPr>
        <w:spacing w:after="40"/>
        <w:jc w:val="left"/>
      </w:pPr>
    </w:p>
    <w:p>
      <w:pPr>
        <w:spacing w:after="40"/>
        <w:jc w:val="left"/>
      </w:pPr>
      <w:r>
        <w:t>Je soussigné(e) [Prénom Nom], domicilié(e) [adresse complète], sollicite par la présente l'agrément d'assistant familial prévu par l'article L. 421-3 du code de l'action sociale et des familles.</w:t>
      </w:r>
    </w:p>
    <w:p>
      <w:pPr>
        <w:spacing w:after="40"/>
        <w:jc w:val="left"/>
      </w:pPr>
    </w:p>
    <w:p>
      <w:pPr>
        <w:spacing w:after="40"/>
        <w:jc w:val="left"/>
      </w:pPr>
      <w:r>
        <w:t>Je souhaite exercer ce métier à titre permanent et accueillir [un / deux / trois] enfant(s) confié(s) par le service de l'aide sociale à l'enfance ou par décision judiciaire.</w:t>
      </w:r>
    </w:p>
    <w:p>
      <w:pPr>
        <w:spacing w:after="40"/>
        <w:jc w:val="left"/>
      </w:pPr>
    </w:p>
    <w:p>
      <w:pPr>
        <w:spacing w:after="40"/>
        <w:jc w:val="left"/>
      </w:pPr>
      <w:r>
        <w:t>Ce projet est mûri depuis [durée] et a été discuté avec l'ensemble des personnes vivant à mon domicile, soit [composition du foyer : conjoint, enfants et leur âge]. Chacun est informé de ce que suppose l'accueil d'un enfant au quotidien et se tient à votre disposition pour vous rencontrer.</w:t>
      </w:r>
    </w:p>
    <w:p>
      <w:pPr>
        <w:spacing w:after="40"/>
        <w:jc w:val="left"/>
      </w:pPr>
    </w:p>
    <w:p>
      <w:pPr>
        <w:spacing w:after="40"/>
        <w:jc w:val="left"/>
      </w:pPr>
      <w:r>
        <w:t>[Préciser votre expérience : emploi auprès d'enfants, engagement associatif, formation, ou toute situation vous ayant fait connaître ce métier.]</w:t>
      </w:r>
    </w:p>
    <w:p>
      <w:pPr>
        <w:spacing w:after="40"/>
        <w:jc w:val="left"/>
      </w:pPr>
    </w:p>
    <w:p>
      <w:pPr>
        <w:spacing w:after="40"/>
        <w:jc w:val="left"/>
      </w:pPr>
      <w:r>
        <w:t>Mon logement dispose d'une chambre individuelle de [surface] m², libre et aménagée, située [étage ou situation dans le logement]. Je reste disponible pour vous en faire visiter l'ensemble.</w:t>
      </w:r>
    </w:p>
    <w:p>
      <w:pPr>
        <w:spacing w:after="40"/>
        <w:jc w:val="left"/>
      </w:pPr>
    </w:p>
    <w:p>
      <w:pPr>
        <w:spacing w:after="40"/>
        <w:jc w:val="left"/>
      </w:pPr>
      <w:r>
        <w:t>Je vous remercie de bien vouloir m'indiquer la date de la prochaine réunion d'information et de me faire parvenir le dossier de demande d'agrément.</w:t>
      </w:r>
    </w:p>
    <w:p>
      <w:pPr>
        <w:spacing w:after="40"/>
        <w:jc w:val="left"/>
      </w:pPr>
    </w:p>
    <w:p>
      <w:pPr>
        <w:spacing w:after="40"/>
        <w:jc w:val="left"/>
      </w:pPr>
      <w:r>
        <w:t>Je vous prie d'agréer, Madame, Monsieur, l'expression de mes salutations distinguées.</w:t>
      </w:r>
    </w:p>
    <w:p>
      <w:pPr>
        <w:spacing w:after="40"/>
        <w:jc w:val="left"/>
      </w:pPr>
    </w:p>
    <w:p>
      <w:pPr>
        <w:spacing w:after="40"/>
        <w:jc w:val="left"/>
      </w:pPr>
      <w:r>
        <w:t>[Signature]</w:t>
      </w:r>
    </w:p>
    <w:p>
      <w:r>
        <w:br w:type="page"/>
      </w:r>
    </w:p>
    <w:p>
      <w:r>
        <w:rPr>
          <w:b/>
          <w:color w:val="1A2744"/>
          <w:sz w:val="28"/>
        </w:rPr>
        <w:t>Modèle 2 : lettre de motivation d'assistant familial pour le service d'accueil familial du département</w:t>
      </w:r>
    </w:p>
    <w:p>
      <w:pPr>
        <w:spacing w:after="40"/>
        <w:jc w:val="left"/>
      </w:pPr>
      <w:r>
        <w:t>[Prénom Nom]</w:t>
      </w:r>
    </w:p>
    <w:p>
      <w:pPr>
        <w:spacing w:after="40"/>
        <w:jc w:val="left"/>
      </w:pPr>
      <w:r>
        <w:t>[Adresse]</w:t>
      </w:r>
    </w:p>
    <w:p>
      <w:pPr>
        <w:spacing w:after="40"/>
        <w:jc w:val="left"/>
      </w:pPr>
      <w:r>
        <w:t>[Code postal Ville]</w:t>
      </w:r>
    </w:p>
    <w:p>
      <w:pPr>
        <w:spacing w:after="40"/>
        <w:jc w:val="left"/>
      </w:pPr>
      <w:r>
        <w:t>[Téléphone] – [Adresse mail]</w:t>
      </w:r>
    </w:p>
    <w:p>
      <w:pPr>
        <w:spacing w:after="40"/>
        <w:jc w:val="left"/>
      </w:pPr>
    </w:p>
    <w:p>
      <w:pPr>
        <w:spacing w:after="40"/>
        <w:jc w:val="left"/>
      </w:pPr>
      <w:r>
        <w:t>Direction de l'enfance et de la famille</w:t>
      </w:r>
    </w:p>
    <w:p>
      <w:pPr>
        <w:spacing w:after="40"/>
        <w:jc w:val="left"/>
      </w:pPr>
      <w:r>
        <w:t>Conseil départemental [nom du département]</w:t>
      </w:r>
    </w:p>
    <w:p>
      <w:pPr>
        <w:spacing w:after="40"/>
        <w:jc w:val="left"/>
      </w:pPr>
      <w:r>
        <w:t>[Adresse]</w:t>
      </w:r>
    </w:p>
    <w:p>
      <w:pPr>
        <w:spacing w:after="40"/>
        <w:jc w:val="left"/>
      </w:pPr>
      <w:r>
        <w:t>[Code postal Ville]</w:t>
      </w:r>
    </w:p>
    <w:p>
      <w:pPr>
        <w:spacing w:after="40"/>
        <w:jc w:val="left"/>
      </w:pPr>
    </w:p>
    <w:p>
      <w:pPr>
        <w:spacing w:after="40"/>
        <w:jc w:val="left"/>
      </w:pPr>
      <w:r>
        <w:t>À [ville], le [date]</w:t>
      </w:r>
    </w:p>
    <w:p>
      <w:pPr>
        <w:spacing w:after="40"/>
        <w:jc w:val="left"/>
      </w:pPr>
    </w:p>
    <w:p>
      <w:pPr>
        <w:spacing w:after="40"/>
        <w:jc w:val="left"/>
      </w:pPr>
      <w:r>
        <w:t>Objet : candidature au poste d'assistant familial – agrément n° [numéro] du [date]</w:t>
      </w:r>
    </w:p>
    <w:p>
      <w:pPr>
        <w:spacing w:after="40"/>
        <w:jc w:val="left"/>
      </w:pPr>
    </w:p>
    <w:p>
      <w:pPr>
        <w:spacing w:after="40"/>
        <w:jc w:val="left"/>
      </w:pPr>
      <w:r>
        <w:t>Madame, Monsieur,</w:t>
      </w:r>
    </w:p>
    <w:p>
      <w:pPr>
        <w:spacing w:after="40"/>
        <w:jc w:val="left"/>
      </w:pPr>
    </w:p>
    <w:p>
      <w:pPr>
        <w:spacing w:after="40"/>
        <w:jc w:val="left"/>
      </w:pPr>
      <w:r>
        <w:t>Titulaire de l'agrément d'assistant familial délivré le [date] par le président du conseil départemental de [département], pour l'accueil de [nombre] enfant(s) âgé(s) de [tranche d'âge], je vous adresse ma candidature pour rejoindre votre service d'accueil familial.</w:t>
      </w:r>
    </w:p>
    <w:p>
      <w:pPr>
        <w:spacing w:after="40"/>
        <w:jc w:val="left"/>
      </w:pPr>
    </w:p>
    <w:p>
      <w:pPr>
        <w:spacing w:after="40"/>
        <w:jc w:val="left"/>
      </w:pPr>
      <w:r>
        <w:t>Ce métier est pour moi un engagement professionnel, et non le prolongement d'un projet familial. J'ai conscience que l'accueil s'inscrit dans une mesure de protection, qu'il a une durée, et que l'objectif reste, sauf décision contraire, le maintien des liens de l'enfant avec sa famille et son retour auprès d'elle.</w:t>
      </w:r>
    </w:p>
    <w:p>
      <w:pPr>
        <w:spacing w:after="40"/>
        <w:jc w:val="left"/>
      </w:pPr>
    </w:p>
    <w:p>
      <w:pPr>
        <w:spacing w:after="40"/>
        <w:jc w:val="left"/>
      </w:pPr>
      <w:r>
        <w:t>[Décrire votre parcours : emplois occupés, expérience auprès d'enfants, compétences transférables, formations suivies.]</w:t>
      </w:r>
    </w:p>
    <w:p>
      <w:pPr>
        <w:spacing w:after="40"/>
        <w:jc w:val="left"/>
      </w:pPr>
    </w:p>
    <w:p>
      <w:pPr>
        <w:spacing w:after="40"/>
        <w:jc w:val="left"/>
      </w:pPr>
      <w:r>
        <w:t>Je mesure la place du travail d'équipe dans cette profession. Rendre compte au référent éducatif, accueillir un regard extérieur sur mon domicile et appliquer les modalités d'accueil définies par le service font pour moi partie du métier.</w:t>
      </w:r>
    </w:p>
    <w:p>
      <w:pPr>
        <w:spacing w:after="40"/>
        <w:jc w:val="left"/>
      </w:pPr>
    </w:p>
    <w:p>
      <w:pPr>
        <w:spacing w:after="40"/>
        <w:jc w:val="left"/>
      </w:pPr>
      <w:r>
        <w:t>Mon foyer est composé de [composition]. Chacun adhère à ce projet, que nous avons préparé ensemble. J'ai aménagé une chambre individuelle de [surface] m² et je suis disponible [préciser : à temps plein, ou en précisant l'organisation retenue avec une autre activité].</w:t>
      </w:r>
    </w:p>
    <w:p>
      <w:pPr>
        <w:spacing w:after="40"/>
        <w:jc w:val="left"/>
      </w:pPr>
    </w:p>
    <w:p>
      <w:pPr>
        <w:spacing w:after="40"/>
        <w:jc w:val="left"/>
      </w:pPr>
      <w:r>
        <w:t>Je me tiens à votre disposition pour un entretien et vous prie d'agréer, Madame, Monsieur, l'expression de mes salutations distinguées.</w:t>
      </w:r>
    </w:p>
    <w:p>
      <w:pPr>
        <w:spacing w:after="40"/>
        <w:jc w:val="left"/>
      </w:pPr>
    </w:p>
    <w:p>
      <w:pPr>
        <w:spacing w:after="40"/>
        <w:jc w:val="left"/>
      </w:pPr>
      <w:r>
        <w:t>[Signature]</w:t>
      </w:r>
    </w:p>
    <w:p>
      <w:pPr>
        <w:spacing w:after="40"/>
        <w:jc w:val="left"/>
      </w:pPr>
    </w:p>
    <w:p>
      <w:pPr>
        <w:spacing w:after="40"/>
        <w:jc w:val="left"/>
      </w:pPr>
      <w:r>
        <w:t>Pièces jointes : copie de l'agrément, curriculum vitae</w:t>
      </w:r>
    </w:p>
    <w:p>
      <w:r>
        <w:br w:type="page"/>
      </w:r>
    </w:p>
    <w:p>
      <w:r>
        <w:rPr>
          <w:b/>
          <w:color w:val="1A2744"/>
          <w:sz w:val="28"/>
        </w:rPr>
        <w:t>Modèle 3 : lettre de motivation de famille d'accueil pour une association ou un service de placement familial</w:t>
      </w:r>
    </w:p>
    <w:p>
      <w:pPr>
        <w:spacing w:after="40"/>
        <w:jc w:val="left"/>
      </w:pPr>
      <w:r>
        <w:t>[Prénom Nom]</w:t>
      </w:r>
    </w:p>
    <w:p>
      <w:pPr>
        <w:spacing w:after="40"/>
        <w:jc w:val="left"/>
      </w:pPr>
      <w:r>
        <w:t>[Adresse]</w:t>
      </w:r>
    </w:p>
    <w:p>
      <w:pPr>
        <w:spacing w:after="40"/>
        <w:jc w:val="left"/>
      </w:pPr>
      <w:r>
        <w:t>[Code postal Ville]</w:t>
      </w:r>
    </w:p>
    <w:p>
      <w:pPr>
        <w:spacing w:after="40"/>
        <w:jc w:val="left"/>
      </w:pPr>
      <w:r>
        <w:t>[Téléphone] – [Adresse mail]</w:t>
      </w:r>
    </w:p>
    <w:p>
      <w:pPr>
        <w:spacing w:after="40"/>
        <w:jc w:val="left"/>
      </w:pPr>
    </w:p>
    <w:p>
      <w:pPr>
        <w:spacing w:after="40"/>
        <w:jc w:val="left"/>
      </w:pPr>
      <w:r>
        <w:t>[Nom de l'association ou du service de placement familial]</w:t>
      </w:r>
    </w:p>
    <w:p>
      <w:pPr>
        <w:spacing w:after="40"/>
        <w:jc w:val="left"/>
      </w:pPr>
      <w:r>
        <w:t>À l'attention du responsable du service</w:t>
      </w:r>
    </w:p>
    <w:p>
      <w:pPr>
        <w:spacing w:after="40"/>
        <w:jc w:val="left"/>
      </w:pPr>
      <w:r>
        <w:t>[Adresse]</w:t>
      </w:r>
    </w:p>
    <w:p>
      <w:pPr>
        <w:spacing w:after="40"/>
        <w:jc w:val="left"/>
      </w:pPr>
      <w:r>
        <w:t>[Code postal Ville]</w:t>
      </w:r>
    </w:p>
    <w:p>
      <w:pPr>
        <w:spacing w:after="40"/>
        <w:jc w:val="left"/>
      </w:pPr>
    </w:p>
    <w:p>
      <w:pPr>
        <w:spacing w:after="40"/>
        <w:jc w:val="left"/>
      </w:pPr>
      <w:r>
        <w:t>À [ville], le [date]</w:t>
      </w:r>
    </w:p>
    <w:p>
      <w:pPr>
        <w:spacing w:after="40"/>
        <w:jc w:val="left"/>
      </w:pPr>
    </w:p>
    <w:p>
      <w:pPr>
        <w:spacing w:after="40"/>
        <w:jc w:val="left"/>
      </w:pPr>
      <w:r>
        <w:t>Objet : candidature spontanée au poste d'assistant familial</w:t>
      </w:r>
    </w:p>
    <w:p>
      <w:pPr>
        <w:spacing w:after="40"/>
        <w:jc w:val="left"/>
      </w:pPr>
    </w:p>
    <w:p>
      <w:pPr>
        <w:spacing w:after="40"/>
        <w:jc w:val="left"/>
      </w:pPr>
      <w:r>
        <w:t>Madame, Monsieur,</w:t>
      </w:r>
    </w:p>
    <w:p>
      <w:pPr>
        <w:spacing w:after="40"/>
        <w:jc w:val="left"/>
      </w:pPr>
    </w:p>
    <w:p>
      <w:pPr>
        <w:spacing w:after="40"/>
        <w:jc w:val="left"/>
      </w:pPr>
      <w:r>
        <w:t>Agréé(e) assistant familial depuis le [date] pour l'accueil de [nombre] enfant(s), je souhaite rejoindre votre service de placement familial, dont j'ai découvert le travail [préciser : lors d'une réunion d'information, par un professionnel, par votre site].</w:t>
      </w:r>
    </w:p>
    <w:p>
      <w:pPr>
        <w:spacing w:after="40"/>
        <w:jc w:val="left"/>
      </w:pPr>
    </w:p>
    <w:p>
      <w:pPr>
        <w:spacing w:after="40"/>
        <w:jc w:val="left"/>
      </w:pPr>
      <w:r>
        <w:t>Votre accompagnement [citer un élément précis : les groupes d'analyse de la pratique, l'astreinte, le suivi psychologique proposé aux accueillants] correspond à la façon dont je conçois ce métier : un accueil soutenu par une équipe, et non une responsabilité portée seul.</w:t>
      </w:r>
    </w:p>
    <w:p>
      <w:pPr>
        <w:spacing w:after="40"/>
        <w:jc w:val="left"/>
      </w:pPr>
    </w:p>
    <w:p>
      <w:pPr>
        <w:spacing w:after="40"/>
        <w:jc w:val="left"/>
      </w:pPr>
      <w:r>
        <w:t>[Décrire votre parcours et ce qui vous a conduit vers ce métier, en nommant une expérience concrète.]</w:t>
      </w:r>
    </w:p>
    <w:p>
      <w:pPr>
        <w:spacing w:after="40"/>
        <w:jc w:val="left"/>
      </w:pPr>
    </w:p>
    <w:p>
      <w:pPr>
        <w:spacing w:after="40"/>
        <w:jc w:val="left"/>
      </w:pPr>
      <w:r>
        <w:t>Je suis prêt(e) à accueillir [préciser : un enfant en accueil continu, un adolescent, une fratrie, un accueil relais] et je réside à [ville], soit [durée] de [ville de référence du service].</w:t>
      </w:r>
    </w:p>
    <w:p>
      <w:pPr>
        <w:spacing w:after="40"/>
        <w:jc w:val="left"/>
      </w:pPr>
    </w:p>
    <w:p>
      <w:pPr>
        <w:spacing w:after="40"/>
        <w:jc w:val="left"/>
      </w:pPr>
      <w:r>
        <w:t>Je reste à votre disposition pour un entretien et vous prie d'agréer, Madame, Monsieur, l'expression de ma considération distinguée.</w:t>
      </w:r>
    </w:p>
    <w:p>
      <w:pPr>
        <w:spacing w:after="40"/>
        <w:jc w:val="left"/>
      </w:pPr>
    </w:p>
    <w:p>
      <w:pPr>
        <w:spacing w:after="40"/>
        <w:jc w:val="left"/>
      </w:pPr>
      <w:r>
        <w:t>[Signature]</w:t>
      </w:r>
    </w:p>
    <w:p>
      <w:pPr>
        <w:spacing w:after="40"/>
        <w:jc w:val="left"/>
      </w:pPr>
    </w:p>
    <w:p>
      <w:pPr>
        <w:spacing w:after="40"/>
        <w:jc w:val="left"/>
      </w:pPr>
      <w:r>
        <w:t>Pièces jointes : copie de l'agrément, curriculum vitae</w:t>
      </w:r>
    </w:p>
    <w:p>
      <w:r>
        <w:br w:type="page"/>
      </w:r>
    </w:p>
    <w:p>
      <w:r>
        <w:rPr>
          <w:b/>
          <w:color w:val="1A2744"/>
          <w:sz w:val="28"/>
        </w:rPr>
        <w:t>Modèle 4 : lettre de motivation d'assistant familial en reconversion professionnelle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 [Adresse mail]</w:t>
      </w:r>
    </w:p>
    <w:p>
      <w:pPr>
        <w:spacing w:after="40"/>
        <w:jc w:val="left"/>
      </w:pPr>
    </w:p>
    <w:p>
      <w:pPr>
        <w:spacing w:after="40"/>
        <w:jc w:val="left"/>
      </w:pPr>
      <w:r>
        <w:t>[Service destinataire]</w:t>
      </w:r>
    </w:p>
    <w:p>
      <w:pPr>
        <w:spacing w:after="40"/>
        <w:jc w:val="left"/>
      </w:pPr>
      <w:r>
        <w:t>[Adresse]</w:t>
      </w:r>
    </w:p>
    <w:p>
      <w:pPr>
        <w:spacing w:after="40"/>
        <w:jc w:val="left"/>
      </w:pPr>
      <w:r>
        <w:t>[Code postal Ville]</w:t>
      </w:r>
    </w:p>
    <w:p>
      <w:pPr>
        <w:spacing w:after="40"/>
        <w:jc w:val="left"/>
      </w:pPr>
    </w:p>
    <w:p>
      <w:pPr>
        <w:spacing w:after="40"/>
        <w:jc w:val="left"/>
      </w:pPr>
      <w:r>
        <w:t>À [ville], le [date]</w:t>
      </w:r>
    </w:p>
    <w:p>
      <w:pPr>
        <w:spacing w:after="40"/>
        <w:jc w:val="left"/>
      </w:pPr>
    </w:p>
    <w:p>
      <w:pPr>
        <w:spacing w:after="40"/>
        <w:jc w:val="left"/>
      </w:pPr>
      <w:r>
        <w:t>Objet : candidature au poste d'assistant familial – reconversion professionnelle</w:t>
      </w:r>
    </w:p>
    <w:p>
      <w:pPr>
        <w:spacing w:after="40"/>
        <w:jc w:val="left"/>
      </w:pPr>
    </w:p>
    <w:p>
      <w:pPr>
        <w:spacing w:after="40"/>
        <w:jc w:val="left"/>
      </w:pPr>
      <w:r>
        <w:t>Madame, Monsieur,</w:t>
      </w:r>
    </w:p>
    <w:p>
      <w:pPr>
        <w:spacing w:after="40"/>
        <w:jc w:val="left"/>
      </w:pPr>
    </w:p>
    <w:p>
      <w:pPr>
        <w:spacing w:after="40"/>
        <w:jc w:val="left"/>
      </w:pPr>
      <w:r>
        <w:t>Après [nombre] années exercées comme [métier précédent], j'ai engagé une reconversion vers le métier d'assistant familial, pour lequel j'ai obtenu l'agrément le [date].</w:t>
      </w:r>
    </w:p>
    <w:p>
      <w:pPr>
        <w:spacing w:after="40"/>
        <w:jc w:val="left"/>
      </w:pPr>
    </w:p>
    <w:p>
      <w:pPr>
        <w:spacing w:after="40"/>
        <w:jc w:val="left"/>
      </w:pPr>
      <w:r>
        <w:t>Ce choix n'est pas une reconversion par défaut. [Expliquer l'origine du projet par un fait précis : une rencontre professionnelle, un proche assistant familial, une mission auprès d'enfants, une formation suivie.]</w:t>
      </w:r>
    </w:p>
    <w:p>
      <w:pPr>
        <w:spacing w:after="40"/>
        <w:jc w:val="left"/>
      </w:pPr>
    </w:p>
    <w:p>
      <w:pPr>
        <w:spacing w:after="40"/>
        <w:jc w:val="left"/>
      </w:pPr>
      <w:r>
        <w:t>Mon métier précédent m'a appris [citer deux compétences réellement transférables : la gestion des situations tendues, le respect de procédures, la rédaction de comptes rendus, le travail avec des familles]. Je sais que l'accueil d'un enfant confié mobilise d'abord la capacité à tenir sa place et à rendre compte, et c'est ce que je retiens de mon expérience.</w:t>
      </w:r>
    </w:p>
    <w:p>
      <w:pPr>
        <w:spacing w:after="40"/>
        <w:jc w:val="left"/>
      </w:pPr>
    </w:p>
    <w:p>
      <w:pPr>
        <w:spacing w:after="40"/>
        <w:jc w:val="left"/>
      </w:pPr>
      <w:r>
        <w:t>Je n'ai pas exercé auprès d'enfants placés et je ne prétends pas en connaître la réalité quotidienne. Je l'ai mesurée au cours de l'évaluation d'agrément et lors du stage préparatoire, et j'aborde ce poste en comptant sur l'appui de l'équipe.</w:t>
      </w:r>
    </w:p>
    <w:p>
      <w:pPr>
        <w:spacing w:after="40"/>
        <w:jc w:val="left"/>
      </w:pPr>
    </w:p>
    <w:p>
      <w:pPr>
        <w:spacing w:after="40"/>
        <w:jc w:val="left"/>
      </w:pPr>
      <w:r>
        <w:t>Mon foyer, composé de [composition], adhère à ce projet. Une chambre individuelle de [surface] m² est aménagée depuis [date].</w:t>
      </w:r>
    </w:p>
    <w:p>
      <w:pPr>
        <w:spacing w:after="40"/>
        <w:jc w:val="left"/>
      </w:pPr>
    </w:p>
    <w:p>
      <w:pPr>
        <w:spacing w:after="40"/>
        <w:jc w:val="left"/>
      </w:pPr>
      <w:r>
        <w:t>Je vous prie d'agréer, Madame, Monsieur, l'expression de mes salutations distinguées.</w:t>
      </w:r>
    </w:p>
    <w:p>
      <w:pPr>
        <w:spacing w:after="40"/>
        <w:jc w:val="left"/>
      </w:pPr>
    </w:p>
    <w:p>
      <w:pPr>
        <w:spacing w:after="40"/>
        <w:jc w:val="left"/>
      </w:pPr>
      <w:r>
        <w:t>[Signature]</w:t>
      </w:r>
    </w:p>
    <w:p>
      <w:pPr>
        <w:spacing w:after="40"/>
        <w:jc w:val="left"/>
      </w:pPr>
    </w:p>
    <w:p>
      <w:pPr>
        <w:spacing w:after="40"/>
        <w:jc w:val="left"/>
      </w:pPr>
      <w:r>
        <w:t>Pièces jointes : copie de l'agrément, curriculum vitae</w:t>
      </w:r>
    </w:p>
    <w:p>
      <w:r>
        <w:br w:type="page"/>
      </w:r>
    </w:p>
    <w:p>
      <w:r>
        <w:rPr>
          <w:b/>
          <w:color w:val="1A2744"/>
          <w:sz w:val="28"/>
        </w:rPr>
        <w:t>Modèle 5 : lettre de motivation de famille d'accueil avec une expérience auprès d'enfants</w:t>
      </w:r>
    </w:p>
    <w:p>
      <w:pPr>
        <w:spacing w:after="40"/>
        <w:jc w:val="left"/>
      </w:pPr>
      <w:r>
        <w:t>[Prénom Nom]</w:t>
      </w:r>
    </w:p>
    <w:p>
      <w:pPr>
        <w:spacing w:after="40"/>
        <w:jc w:val="left"/>
      </w:pPr>
      <w:r>
        <w:t>[Adresse]</w:t>
      </w:r>
    </w:p>
    <w:p>
      <w:pPr>
        <w:spacing w:after="40"/>
        <w:jc w:val="left"/>
      </w:pPr>
      <w:r>
        <w:t>[Code postal Ville]</w:t>
      </w:r>
    </w:p>
    <w:p>
      <w:pPr>
        <w:spacing w:after="40"/>
        <w:jc w:val="left"/>
      </w:pPr>
      <w:r>
        <w:t>[Téléphone] – [Adresse mail]</w:t>
      </w:r>
    </w:p>
    <w:p>
      <w:pPr>
        <w:spacing w:after="40"/>
        <w:jc w:val="left"/>
      </w:pPr>
    </w:p>
    <w:p>
      <w:pPr>
        <w:spacing w:after="40"/>
        <w:jc w:val="left"/>
      </w:pPr>
      <w:r>
        <w:t>[Service destinataire]</w:t>
      </w:r>
    </w:p>
    <w:p>
      <w:pPr>
        <w:spacing w:after="40"/>
        <w:jc w:val="left"/>
      </w:pPr>
      <w:r>
        <w:t>[Adresse]</w:t>
      </w:r>
    </w:p>
    <w:p>
      <w:pPr>
        <w:spacing w:after="40"/>
        <w:jc w:val="left"/>
      </w:pPr>
      <w:r>
        <w:t>[Code postal Ville]</w:t>
      </w:r>
    </w:p>
    <w:p>
      <w:pPr>
        <w:spacing w:after="40"/>
        <w:jc w:val="left"/>
      </w:pPr>
    </w:p>
    <w:p>
      <w:pPr>
        <w:spacing w:after="40"/>
        <w:jc w:val="left"/>
      </w:pPr>
      <w:r>
        <w:t>À [ville], le [date]</w:t>
      </w:r>
    </w:p>
    <w:p>
      <w:pPr>
        <w:spacing w:after="40"/>
        <w:jc w:val="left"/>
      </w:pPr>
    </w:p>
    <w:p>
      <w:pPr>
        <w:spacing w:after="40"/>
        <w:jc w:val="left"/>
      </w:pPr>
      <w:r>
        <w:t>Objet : candidature au poste d'assistant familial</w:t>
      </w:r>
    </w:p>
    <w:p>
      <w:pPr>
        <w:spacing w:after="40"/>
        <w:jc w:val="left"/>
      </w:pPr>
    </w:p>
    <w:p>
      <w:pPr>
        <w:spacing w:after="40"/>
        <w:jc w:val="left"/>
      </w:pPr>
      <w:r>
        <w:t>Madame, Monsieur,</w:t>
      </w:r>
    </w:p>
    <w:p>
      <w:pPr>
        <w:spacing w:after="40"/>
        <w:jc w:val="left"/>
      </w:pPr>
    </w:p>
    <w:p>
      <w:pPr>
        <w:spacing w:after="40"/>
        <w:jc w:val="left"/>
      </w:pPr>
      <w:r>
        <w:t>Agréé(e) assistant familial depuis le [date], j'exerce depuis [nombre] années comme [assistant maternel / agent territorial spécialisé des écoles maternelles / animateur / auxiliaire de puériculture / accompagnant d'élèves en situation de handicap] et je souhaite aujourd'hui accueillir des enfants confiés au titre de la protection de l'enfance.</w:t>
      </w:r>
    </w:p>
    <w:p>
      <w:pPr>
        <w:spacing w:after="40"/>
        <w:jc w:val="left"/>
      </w:pPr>
    </w:p>
    <w:p>
      <w:pPr>
        <w:spacing w:after="40"/>
        <w:jc w:val="left"/>
      </w:pPr>
      <w:r>
        <w:t>Mon expérience m'a mis(e) en contact avec des enfants en difficulté et avec les professionnels qui les suivent. [Citer une situation concrète, sans jamais nommer d'enfant ni de famille : un signalement transmis, un partenariat avec une équipe éducative, l'accueil d'un enfant suivi par un service.] J'ai appris à transmettre une observation sans l'interpréter, et à travailler dans un cadre fixé par d'autres.</w:t>
      </w:r>
    </w:p>
    <w:p>
      <w:pPr>
        <w:spacing w:after="40"/>
        <w:jc w:val="left"/>
      </w:pPr>
    </w:p>
    <w:p>
      <w:pPr>
        <w:spacing w:after="40"/>
        <w:jc w:val="left"/>
      </w:pPr>
      <w:r>
        <w:t>Je distingue clairement les deux métiers. La garde à la journée s'arrête le soir ; l'accueil familial engage le foyer en continu, de nuit comme pendant les vacances, et place l'ensemble de la famille au contact de l'histoire de l'enfant. C'est cet engagement-là que je choisis.</w:t>
      </w:r>
    </w:p>
    <w:p>
      <w:pPr>
        <w:spacing w:after="40"/>
        <w:jc w:val="left"/>
      </w:pPr>
    </w:p>
    <w:p>
      <w:pPr>
        <w:spacing w:after="40"/>
        <w:jc w:val="left"/>
      </w:pPr>
      <w:r>
        <w:t>Mon foyer est composé de [composition]. Une chambre individuelle de [surface] m² est disponible. Je suis joignable au [téléphone] et disponible à compter du [date].</w:t>
      </w:r>
    </w:p>
    <w:p>
      <w:pPr>
        <w:spacing w:after="40"/>
        <w:jc w:val="left"/>
      </w:pPr>
    </w:p>
    <w:p>
      <w:pPr>
        <w:spacing w:after="40"/>
        <w:jc w:val="left"/>
      </w:pPr>
      <w:r>
        <w:t>Je vous prie d'agréer, Madame, Monsieur, l'expression de mes salutations distinguées.</w:t>
      </w:r>
    </w:p>
    <w:p>
      <w:pPr>
        <w:spacing w:after="40"/>
        <w:jc w:val="left"/>
      </w:pPr>
    </w:p>
    <w:p>
      <w:pPr>
        <w:spacing w:after="40"/>
        <w:jc w:val="left"/>
      </w:pPr>
      <w:r>
        <w:t>[Signature]</w:t>
      </w:r>
    </w:p>
    <w:p>
      <w:pPr>
        <w:spacing w:after="40"/>
        <w:jc w:val="left"/>
      </w:pPr>
    </w:p>
    <w:p>
      <w:pPr>
        <w:spacing w:after="40"/>
        <w:jc w:val="left"/>
      </w:pPr>
      <w:r>
        <w:t>Pièces jointes : copie de l'agrément, curriculum vitae</w:t>
      </w:r>
    </w:p>
    <w:p>
      <w:r>
        <w:br w:type="page"/>
      </w:r>
    </w:p>
    <w:p>
      <w:r>
        <w:rPr>
          <w:b/>
          <w:color w:val="1A2744"/>
          <w:sz w:val="28"/>
        </w:rPr>
        <w:t>Modèle 6 : lettre de motivation pour l'accueil d'urgence ou l'accueil relais</w:t>
      </w:r>
    </w:p>
    <w:p>
      <w:pPr>
        <w:spacing w:after="40"/>
        <w:jc w:val="left"/>
      </w:pPr>
      <w:r>
        <w:t>[Prénom Nom]</w:t>
      </w:r>
    </w:p>
    <w:p>
      <w:pPr>
        <w:spacing w:after="40"/>
        <w:jc w:val="left"/>
      </w:pPr>
      <w:r>
        <w:t>[Adresse]</w:t>
      </w:r>
    </w:p>
    <w:p>
      <w:pPr>
        <w:spacing w:after="40"/>
        <w:jc w:val="left"/>
      </w:pPr>
      <w:r>
        <w:t>[Code postal Ville]</w:t>
      </w:r>
    </w:p>
    <w:p>
      <w:pPr>
        <w:spacing w:after="40"/>
        <w:jc w:val="left"/>
      </w:pPr>
      <w:r>
        <w:t>[Téléphone] – [Adresse mail]</w:t>
      </w:r>
    </w:p>
    <w:p>
      <w:pPr>
        <w:spacing w:after="40"/>
        <w:jc w:val="left"/>
      </w:pPr>
    </w:p>
    <w:p>
      <w:pPr>
        <w:spacing w:after="40"/>
        <w:jc w:val="left"/>
      </w:pPr>
      <w:r>
        <w:t>[Service destinataire]</w:t>
      </w:r>
    </w:p>
    <w:p>
      <w:pPr>
        <w:spacing w:after="40"/>
        <w:jc w:val="left"/>
      </w:pPr>
      <w:r>
        <w:t>[Adresse]</w:t>
      </w:r>
    </w:p>
    <w:p>
      <w:pPr>
        <w:spacing w:after="40"/>
        <w:jc w:val="left"/>
      </w:pPr>
      <w:r>
        <w:t>[Code postal Ville]</w:t>
      </w:r>
    </w:p>
    <w:p>
      <w:pPr>
        <w:spacing w:after="40"/>
        <w:jc w:val="left"/>
      </w:pPr>
    </w:p>
    <w:p>
      <w:pPr>
        <w:spacing w:after="40"/>
        <w:jc w:val="left"/>
      </w:pPr>
      <w:r>
        <w:t>À [ville], le [date]</w:t>
      </w:r>
    </w:p>
    <w:p>
      <w:pPr>
        <w:spacing w:after="40"/>
        <w:jc w:val="left"/>
      </w:pPr>
    </w:p>
    <w:p>
      <w:pPr>
        <w:spacing w:after="40"/>
        <w:jc w:val="left"/>
      </w:pPr>
      <w:r>
        <w:t>Objet : candidature au poste d'assistant familial – accueil d'urgence et accueil relais</w:t>
      </w:r>
    </w:p>
    <w:p>
      <w:pPr>
        <w:spacing w:after="40"/>
        <w:jc w:val="left"/>
      </w:pPr>
    </w:p>
    <w:p>
      <w:pPr>
        <w:spacing w:after="40"/>
        <w:jc w:val="left"/>
      </w:pPr>
      <w:r>
        <w:t>Madame, Monsieur,</w:t>
      </w:r>
    </w:p>
    <w:p>
      <w:pPr>
        <w:spacing w:after="40"/>
        <w:jc w:val="left"/>
      </w:pPr>
    </w:p>
    <w:p>
      <w:pPr>
        <w:spacing w:after="40"/>
        <w:jc w:val="left"/>
      </w:pPr>
      <w:r>
        <w:t>Titulaire de l'agrément d'assistant familial depuis le [date], je vous propose ma candidature pour des accueils d'urgence et des accueils relais, sur une ou plusieurs périodes courtes.</w:t>
      </w:r>
    </w:p>
    <w:p>
      <w:pPr>
        <w:spacing w:after="40"/>
        <w:jc w:val="left"/>
      </w:pPr>
    </w:p>
    <w:p>
      <w:pPr>
        <w:spacing w:after="40"/>
        <w:jc w:val="left"/>
      </w:pPr>
      <w:r>
        <w:t>Cette modalité correspond à ma situation et à mes capacités. [Expliquer en une phrase concrète : disponibilité immédiate, organisation familiale souple, expérience de l'accueil de courte durée.] Je peux recevoir un enfant dans un délai de [durée] après votre appel.</w:t>
      </w:r>
    </w:p>
    <w:p>
      <w:pPr>
        <w:spacing w:after="40"/>
        <w:jc w:val="left"/>
      </w:pPr>
    </w:p>
    <w:p>
      <w:pPr>
        <w:spacing w:after="40"/>
        <w:jc w:val="left"/>
      </w:pPr>
      <w:r>
        <w:t>Je connais les exigences propres à ces accueils : un enfant qui arrive sans préparation, souvent la nuit ou un week-end, sans affaires et sans élément sur son histoire. Je sais qu'il faut d'abord assurer un cadre matériel calme et des repères immédiats, puis transmettre mes observations au service dès le lendemain.</w:t>
      </w:r>
    </w:p>
    <w:p>
      <w:pPr>
        <w:spacing w:after="40"/>
        <w:jc w:val="left"/>
      </w:pPr>
    </w:p>
    <w:p>
      <w:pPr>
        <w:spacing w:after="40"/>
        <w:jc w:val="left"/>
      </w:pPr>
      <w:r>
        <w:t>Je suis également disponible pour prendre le relais d'un collègue pendant ses congés ou une hospitalisation, en lien avec l'assistant familial d'origine lorsque c'est possible.</w:t>
      </w:r>
    </w:p>
    <w:p>
      <w:pPr>
        <w:spacing w:after="40"/>
        <w:jc w:val="left"/>
      </w:pPr>
    </w:p>
    <w:p>
      <w:pPr>
        <w:spacing w:after="40"/>
        <w:jc w:val="left"/>
      </w:pPr>
      <w:r>
        <w:t>Mon foyer est composé de [composition]. Une chambre individuelle de [surface] m² reste disponible en permanence, équipée pour un enfant de [tranche d'âge].</w:t>
      </w:r>
    </w:p>
    <w:p>
      <w:pPr>
        <w:spacing w:after="40"/>
        <w:jc w:val="left"/>
      </w:pPr>
    </w:p>
    <w:p>
      <w:pPr>
        <w:spacing w:after="40"/>
        <w:jc w:val="left"/>
      </w:pPr>
      <w:r>
        <w:t>Je vous prie d'agréer, Madame, Monsieur, l'expression de mes salutations distinguées.</w:t>
      </w:r>
    </w:p>
    <w:p>
      <w:pPr>
        <w:spacing w:after="40"/>
        <w:jc w:val="left"/>
      </w:pPr>
    </w:p>
    <w:p>
      <w:pPr>
        <w:spacing w:after="40"/>
        <w:jc w:val="left"/>
      </w:pPr>
      <w:r>
        <w:t>[Signature]</w:t>
      </w:r>
    </w:p>
    <w:p>
      <w:pPr>
        <w:spacing w:after="40"/>
        <w:jc w:val="left"/>
      </w:pPr>
    </w:p>
    <w:p>
      <w:pPr>
        <w:spacing w:after="40"/>
        <w:jc w:val="left"/>
      </w:pPr>
      <w:r>
        <w:t>Pièces jointes : copie de l'agrément, curriculum vitae</w:t>
      </w:r>
    </w:p>
    <w:p>
      <w:r>
        <w:br w:type="page"/>
      </w:r>
    </w:p>
    <w:p>
      <w:r>
        <w:rPr>
          <w:b/>
          <w:color w:val="1A2744"/>
          <w:sz w:val="28"/>
        </w:rPr>
        <w:t>Modèle 7 : demande de modification de l'agrément d'assistant familial</w:t>
      </w:r>
    </w:p>
    <w:p>
      <w:pPr>
        <w:spacing w:after="40"/>
        <w:jc w:val="left"/>
      </w:pPr>
      <w:r>
        <w:t>[Prénom Nom]</w:t>
      </w:r>
    </w:p>
    <w:p>
      <w:pPr>
        <w:spacing w:after="40"/>
        <w:jc w:val="left"/>
      </w:pPr>
      <w:r>
        <w:t>[Adresse]</w:t>
      </w:r>
    </w:p>
    <w:p>
      <w:pPr>
        <w:spacing w:after="40"/>
        <w:jc w:val="left"/>
      </w:pPr>
      <w:r>
        <w:t>[Code postal Ville]</w:t>
      </w:r>
    </w:p>
    <w:p>
      <w:pPr>
        <w:spacing w:after="40"/>
        <w:jc w:val="left"/>
      </w:pPr>
      <w:r>
        <w:t>[Téléphone] – [Adresse mail]</w:t>
      </w:r>
    </w:p>
    <w:p>
      <w:pPr>
        <w:spacing w:after="40"/>
        <w:jc w:val="left"/>
      </w:pPr>
    </w:p>
    <w:p>
      <w:pPr>
        <w:spacing w:after="40"/>
        <w:jc w:val="left"/>
      </w:pPr>
      <w:r>
        <w:t>Service de protection maternelle et infantile</w:t>
      </w:r>
    </w:p>
    <w:p>
      <w:pPr>
        <w:spacing w:after="40"/>
        <w:jc w:val="left"/>
      </w:pPr>
      <w:r>
        <w:t>Conseil départemental [nom du département]</w:t>
      </w:r>
    </w:p>
    <w:p>
      <w:pPr>
        <w:spacing w:after="40"/>
        <w:jc w:val="left"/>
      </w:pPr>
      <w:r>
        <w:t>[Adresse]</w:t>
      </w:r>
    </w:p>
    <w:p>
      <w:pPr>
        <w:spacing w:after="40"/>
        <w:jc w:val="left"/>
      </w:pPr>
      <w:r>
        <w:t>[Code postal Ville]</w:t>
      </w:r>
    </w:p>
    <w:p>
      <w:pPr>
        <w:spacing w:after="40"/>
        <w:jc w:val="left"/>
      </w:pPr>
    </w:p>
    <w:p>
      <w:pPr>
        <w:spacing w:after="40"/>
        <w:jc w:val="left"/>
      </w:pPr>
      <w:r>
        <w:t>À [ville], le [date]</w:t>
      </w:r>
    </w:p>
    <w:p>
      <w:pPr>
        <w:spacing w:after="40"/>
        <w:jc w:val="left"/>
      </w:pPr>
    </w:p>
    <w:p>
      <w:pPr>
        <w:spacing w:after="40"/>
        <w:jc w:val="left"/>
      </w:pPr>
      <w:r>
        <w:t>Lettre recommandée avec avis de réception</w:t>
      </w:r>
    </w:p>
    <w:p>
      <w:pPr>
        <w:spacing w:after="40"/>
        <w:jc w:val="left"/>
      </w:pPr>
    </w:p>
    <w:p>
      <w:pPr>
        <w:spacing w:after="40"/>
        <w:jc w:val="left"/>
      </w:pPr>
      <w:r>
        <w:t>Objet : demande de modification de l'agrément d'assistant familial n° [numéro] du [date]</w:t>
      </w:r>
    </w:p>
    <w:p>
      <w:pPr>
        <w:spacing w:after="40"/>
        <w:jc w:val="left"/>
      </w:pPr>
    </w:p>
    <w:p>
      <w:pPr>
        <w:spacing w:after="40"/>
        <w:jc w:val="left"/>
      </w:pPr>
      <w:r>
        <w:t>Madame, Monsieur,</w:t>
      </w:r>
    </w:p>
    <w:p>
      <w:pPr>
        <w:spacing w:after="40"/>
        <w:jc w:val="left"/>
      </w:pPr>
    </w:p>
    <w:p>
      <w:pPr>
        <w:spacing w:after="40"/>
        <w:jc w:val="left"/>
      </w:pPr>
      <w:r>
        <w:t>Titulaire de l'agrément d'assistant familial n° [numéro], délivré le [date] pour l'accueil de [nombre] enfant(s) âgé(s) de [tranche d'âge], je sollicite une modification de cet agrément.</w:t>
      </w:r>
    </w:p>
    <w:p>
      <w:pPr>
        <w:spacing w:after="40"/>
        <w:jc w:val="left"/>
      </w:pPr>
    </w:p>
    <w:p>
      <w:pPr>
        <w:spacing w:after="40"/>
        <w:jc w:val="left"/>
      </w:pPr>
      <w:r>
        <w:t>Je souhaite [indiquer la demande : porter à [nombre] le nombre d'enfants accueillis simultanément / étendre la tranche d'âge à [âges] / modifier les conditions liées à mon changement de domicile].</w:t>
      </w:r>
    </w:p>
    <w:p>
      <w:pPr>
        <w:spacing w:after="40"/>
        <w:jc w:val="left"/>
      </w:pPr>
    </w:p>
    <w:p>
      <w:pPr>
        <w:spacing w:after="40"/>
        <w:jc w:val="left"/>
      </w:pPr>
      <w:r>
        <w:t>Cette demande est motivée par [exposer le fait concret : départ d'un enfant de la famille, aménagement d'une chambre supplémentaire, déménagement dans un logement plus grand, expérience acquise depuis l'agrément initial].</w:t>
      </w:r>
    </w:p>
    <w:p>
      <w:pPr>
        <w:spacing w:after="40"/>
        <w:jc w:val="left"/>
      </w:pPr>
    </w:p>
    <w:p>
      <w:pPr>
        <w:spacing w:after="40"/>
        <w:jc w:val="left"/>
      </w:pPr>
      <w:r>
        <w:t>Les conditions matérielles correspondantes sont réunies depuis le [date] : [décrire précisément, nombre et surface des chambres, équipements, organisation du logement].</w:t>
      </w:r>
    </w:p>
    <w:p>
      <w:pPr>
        <w:spacing w:after="40"/>
        <w:jc w:val="left"/>
      </w:pPr>
    </w:p>
    <w:p>
      <w:pPr>
        <w:spacing w:after="40"/>
        <w:jc w:val="left"/>
      </w:pPr>
      <w:r>
        <w:t>Je me tiens à votre disposition pour une visite à domicile et pour tout élément complémentaire.</w:t>
      </w:r>
    </w:p>
    <w:p>
      <w:pPr>
        <w:spacing w:after="40"/>
        <w:jc w:val="left"/>
      </w:pPr>
    </w:p>
    <w:p>
      <w:pPr>
        <w:spacing w:after="40"/>
        <w:jc w:val="left"/>
      </w:pPr>
      <w:r>
        <w:t>Je vous prie d'agréer, Madame, Monsieur, l'expression de mes salutations distinguées.</w:t>
      </w:r>
    </w:p>
    <w:p>
      <w:pPr>
        <w:spacing w:after="40"/>
        <w:jc w:val="left"/>
      </w:pPr>
    </w:p>
    <w:p>
      <w:pPr>
        <w:spacing w:after="40"/>
        <w:jc w:val="left"/>
      </w:pPr>
      <w:r>
        <w:t>[Signature]</w:t>
      </w:r>
    </w:p>
    <w:p>
      <w:pPr>
        <w:spacing w:after="40"/>
        <w:jc w:val="left"/>
      </w:pPr>
    </w:p>
    <w:p>
      <w:pPr>
        <w:spacing w:after="40"/>
        <w:jc w:val="left"/>
      </w:pPr>
      <w:r>
        <w:t>Pièce jointe : copie de l'agrément en cours</w:t>
      </w:r>
    </w:p>
    <w:p>
      <w:r>
        <w:br w:type="page"/>
      </w:r>
    </w:p>
    <w:p>
      <w:r>
        <w:rPr>
          <w:b/>
          <w:color w:val="1A2744"/>
          <w:sz w:val="28"/>
        </w:rPr>
        <w:t>Modèle 8 : demande de renouvellement de l'agrément d'assistant familial</w:t>
      </w:r>
    </w:p>
    <w:p>
      <w:pPr>
        <w:spacing w:after="40"/>
        <w:jc w:val="left"/>
      </w:pPr>
      <w:r>
        <w:t>[Prénom Nom]</w:t>
      </w:r>
    </w:p>
    <w:p>
      <w:pPr>
        <w:spacing w:after="40"/>
        <w:jc w:val="left"/>
      </w:pPr>
      <w:r>
        <w:t>[Adresse]</w:t>
      </w:r>
    </w:p>
    <w:p>
      <w:pPr>
        <w:spacing w:after="40"/>
        <w:jc w:val="left"/>
      </w:pPr>
      <w:r>
        <w:t>[Code postal Ville]</w:t>
      </w:r>
    </w:p>
    <w:p>
      <w:pPr>
        <w:spacing w:after="40"/>
        <w:jc w:val="left"/>
      </w:pPr>
      <w:r>
        <w:t>[Téléphone] – [Adresse mail]</w:t>
      </w:r>
    </w:p>
    <w:p>
      <w:pPr>
        <w:spacing w:after="40"/>
        <w:jc w:val="left"/>
      </w:pPr>
    </w:p>
    <w:p>
      <w:pPr>
        <w:spacing w:after="40"/>
        <w:jc w:val="left"/>
      </w:pPr>
      <w:r>
        <w:t>Service de protection maternelle et infantile</w:t>
      </w:r>
    </w:p>
    <w:p>
      <w:pPr>
        <w:spacing w:after="40"/>
        <w:jc w:val="left"/>
      </w:pPr>
      <w:r>
        <w:t>Conseil départemental [nom du département]</w:t>
      </w:r>
    </w:p>
    <w:p>
      <w:pPr>
        <w:spacing w:after="40"/>
        <w:jc w:val="left"/>
      </w:pPr>
      <w:r>
        <w:t>[Adresse]</w:t>
      </w:r>
    </w:p>
    <w:p>
      <w:pPr>
        <w:spacing w:after="40"/>
        <w:jc w:val="left"/>
      </w:pPr>
      <w:r>
        <w:t>[Code postal Ville]</w:t>
      </w:r>
    </w:p>
    <w:p>
      <w:pPr>
        <w:spacing w:after="40"/>
        <w:jc w:val="left"/>
      </w:pPr>
    </w:p>
    <w:p>
      <w:pPr>
        <w:spacing w:after="40"/>
        <w:jc w:val="left"/>
      </w:pPr>
      <w:r>
        <w:t>À [ville], le [date]</w:t>
      </w:r>
    </w:p>
    <w:p>
      <w:pPr>
        <w:spacing w:after="40"/>
        <w:jc w:val="left"/>
      </w:pPr>
    </w:p>
    <w:p>
      <w:pPr>
        <w:spacing w:after="40"/>
        <w:jc w:val="left"/>
      </w:pPr>
      <w:r>
        <w:t>Lettre recommandée avec avis de réception</w:t>
      </w:r>
    </w:p>
    <w:p>
      <w:pPr>
        <w:spacing w:after="40"/>
        <w:jc w:val="left"/>
      </w:pPr>
    </w:p>
    <w:p>
      <w:pPr>
        <w:spacing w:after="40"/>
        <w:jc w:val="left"/>
      </w:pPr>
      <w:r>
        <w:t>Objet : demande de renouvellement de l'agrément d'assistant familial n° [numéro], échéance du [date]</w:t>
      </w:r>
    </w:p>
    <w:p>
      <w:pPr>
        <w:spacing w:after="40"/>
        <w:jc w:val="left"/>
      </w:pPr>
    </w:p>
    <w:p>
      <w:pPr>
        <w:spacing w:after="40"/>
        <w:jc w:val="left"/>
      </w:pPr>
      <w:r>
        <w:t>Madame, Monsieur,</w:t>
      </w:r>
    </w:p>
    <w:p>
      <w:pPr>
        <w:spacing w:after="40"/>
        <w:jc w:val="left"/>
      </w:pPr>
    </w:p>
    <w:p>
      <w:pPr>
        <w:spacing w:after="40"/>
        <w:jc w:val="left"/>
      </w:pPr>
      <w:r>
        <w:t>Mon agrément d'assistant familial n° [numéro], délivré le [date] pour l'accueil de [nombre] enfant(s), arrive à échéance le [date]. Conformément à la réglementation, je sollicite son renouvellement plus de trois mois avant ce terme.</w:t>
      </w:r>
    </w:p>
    <w:p>
      <w:pPr>
        <w:spacing w:after="40"/>
        <w:jc w:val="left"/>
      </w:pPr>
    </w:p>
    <w:p>
      <w:pPr>
        <w:spacing w:after="40"/>
        <w:jc w:val="left"/>
      </w:pPr>
      <w:r>
        <w:t>Depuis l'obtention de cet agrément, j'ai accueilli [nombre] enfant(s), pour des durées comprises entre [durée] et [durée], dans le cadre de [contrats avec le conseil départemental ou l'organisme employeur].</w:t>
      </w:r>
    </w:p>
    <w:p>
      <w:pPr>
        <w:spacing w:after="40"/>
        <w:jc w:val="left"/>
      </w:pPr>
    </w:p>
    <w:p>
      <w:pPr>
        <w:spacing w:after="40"/>
        <w:jc w:val="left"/>
      </w:pPr>
      <w:r>
        <w:t>J'ai suivi le stage préparatoire de 100 heures le [date] et [préciser : obtenu le diplôme d'État d'assistant familial le [date] / suivi la formation menant à ce diplôme, en cours depuis le [date] / indiquer les formations continues suivies].</w:t>
      </w:r>
    </w:p>
    <w:p>
      <w:pPr>
        <w:spacing w:after="40"/>
        <w:jc w:val="left"/>
      </w:pPr>
    </w:p>
    <w:p>
      <w:pPr>
        <w:spacing w:after="40"/>
        <w:jc w:val="left"/>
      </w:pPr>
      <w:r>
        <w:t>Mes conditions d'accueil n'ont pas changé [ou : ont évolué comme suit : préciser]. Mon foyer est composé de [composition actuelle].</w:t>
      </w:r>
    </w:p>
    <w:p>
      <w:pPr>
        <w:spacing w:after="40"/>
        <w:jc w:val="left"/>
      </w:pPr>
    </w:p>
    <w:p>
      <w:pPr>
        <w:spacing w:after="40"/>
        <w:jc w:val="left"/>
      </w:pPr>
      <w:r>
        <w:t>Je me tiens à votre disposition pour la visite à domicile et pour l'ensemble des pièces du dossier de renouvellement.</w:t>
      </w:r>
    </w:p>
    <w:p>
      <w:pPr>
        <w:spacing w:after="40"/>
        <w:jc w:val="left"/>
      </w:pPr>
    </w:p>
    <w:p>
      <w:pPr>
        <w:spacing w:after="40"/>
        <w:jc w:val="left"/>
      </w:pPr>
      <w:r>
        <w:t>Je vous prie d'agréer, Madame, Monsieur, l'expression de mes salutations distinguées.</w:t>
      </w:r>
    </w:p>
    <w:p>
      <w:pPr>
        <w:spacing w:after="40"/>
        <w:jc w:val="left"/>
      </w:pPr>
    </w:p>
    <w:p>
      <w:pPr>
        <w:spacing w:after="40"/>
        <w:jc w:val="left"/>
      </w:pPr>
      <w:r>
        <w:t>[Signature]</w:t>
      </w:r>
    </w:p>
    <w:p>
      <w:pPr>
        <w:spacing w:after="40"/>
        <w:jc w:val="left"/>
      </w:pPr>
    </w:p>
    <w:p>
      <w:pPr>
        <w:spacing w:after="40"/>
        <w:jc w:val="left"/>
      </w:pPr>
      <w:r>
        <w:t>Pièces jointes : copie de l'agrément, attestations de formation</w:t>
      </w:r>
    </w:p>
    <w:p>
      <w:r>
        <w:br w:type="page"/>
      </w:r>
    </w:p>
    <w:p>
      <w:r>
        <w:rPr>
          <w:b/>
          <w:color w:val="1A2744"/>
          <w:sz w:val="28"/>
        </w:rPr>
        <w:t>Modèle 9 : recours gracieux après un refus d'agrément d'assistant familial</w:t>
      </w:r>
    </w:p>
    <w:p>
      <w:pPr>
        <w:spacing w:after="40"/>
        <w:jc w:val="left"/>
      </w:pPr>
      <w:r>
        <w:t>[Prénom Nom]</w:t>
      </w:r>
    </w:p>
    <w:p>
      <w:pPr>
        <w:spacing w:after="40"/>
        <w:jc w:val="left"/>
      </w:pPr>
      <w:r>
        <w:t>[Adresse]</w:t>
      </w:r>
    </w:p>
    <w:p>
      <w:pPr>
        <w:spacing w:after="40"/>
        <w:jc w:val="left"/>
      </w:pPr>
      <w:r>
        <w:t>[Code postal Ville]</w:t>
      </w:r>
    </w:p>
    <w:p>
      <w:pPr>
        <w:spacing w:after="40"/>
        <w:jc w:val="left"/>
      </w:pPr>
      <w:r>
        <w:t>[Téléphone] – [Adresse mail]</w:t>
      </w:r>
    </w:p>
    <w:p>
      <w:pPr>
        <w:spacing w:after="40"/>
        <w:jc w:val="left"/>
      </w:pPr>
    </w:p>
    <w:p>
      <w:pPr>
        <w:spacing w:after="40"/>
        <w:jc w:val="left"/>
      </w:pPr>
      <w:r>
        <w:t>Monsieur le Président du conseil départemental [nom du département]</w:t>
      </w:r>
    </w:p>
    <w:p>
      <w:pPr>
        <w:spacing w:after="40"/>
        <w:jc w:val="left"/>
      </w:pPr>
      <w:r>
        <w:t>[Adresse]</w:t>
      </w:r>
    </w:p>
    <w:p>
      <w:pPr>
        <w:spacing w:after="40"/>
        <w:jc w:val="left"/>
      </w:pPr>
      <w:r>
        <w:t>[Code postal Ville]</w:t>
      </w:r>
    </w:p>
    <w:p>
      <w:pPr>
        <w:spacing w:after="40"/>
        <w:jc w:val="left"/>
      </w:pPr>
    </w:p>
    <w:p>
      <w:pPr>
        <w:spacing w:after="40"/>
        <w:jc w:val="left"/>
      </w:pPr>
      <w:r>
        <w:t>À [ville], le [date]</w:t>
      </w:r>
    </w:p>
    <w:p>
      <w:pPr>
        <w:spacing w:after="40"/>
        <w:jc w:val="left"/>
      </w:pPr>
    </w:p>
    <w:p>
      <w:pPr>
        <w:spacing w:after="40"/>
        <w:jc w:val="left"/>
      </w:pPr>
      <w:r>
        <w:t>Lettre recommandée avec avis de réception</w:t>
      </w:r>
    </w:p>
    <w:p>
      <w:pPr>
        <w:spacing w:after="40"/>
        <w:jc w:val="left"/>
      </w:pPr>
    </w:p>
    <w:p>
      <w:pPr>
        <w:spacing w:after="40"/>
        <w:jc w:val="left"/>
      </w:pPr>
      <w:r>
        <w:t>Objet : recours gracieux contre la décision de refus d'agrément d'assistant familial du [date]</w:t>
      </w:r>
    </w:p>
    <w:p>
      <w:pPr>
        <w:spacing w:after="40"/>
        <w:jc w:val="left"/>
      </w:pPr>
    </w:p>
    <w:p>
      <w:pPr>
        <w:spacing w:after="40"/>
        <w:jc w:val="left"/>
      </w:pPr>
      <w:r>
        <w:t>Monsieur le Président,</w:t>
      </w:r>
    </w:p>
    <w:p>
      <w:pPr>
        <w:spacing w:after="40"/>
        <w:jc w:val="left"/>
      </w:pPr>
    </w:p>
    <w:p>
      <w:pPr>
        <w:spacing w:after="40"/>
        <w:jc w:val="left"/>
      </w:pPr>
      <w:r>
        <w:t>Par décision du [date], reçue le [date], vous avez refusé de m'accorder l'agrément d'assistant familial que j'avais sollicité le [date]. Je forme contre cette décision un recours gracieux, dans le délai de deux mois qui m'est ouvert.</w:t>
      </w:r>
    </w:p>
    <w:p>
      <w:pPr>
        <w:spacing w:after="40"/>
        <w:jc w:val="left"/>
      </w:pPr>
    </w:p>
    <w:p>
      <w:pPr>
        <w:spacing w:after="40"/>
        <w:jc w:val="left"/>
      </w:pPr>
      <w:r>
        <w:t>La décision retient [reprendre mot pour mot le ou les motifs écrits dans le courrier de refus].</w:t>
      </w:r>
    </w:p>
    <w:p>
      <w:pPr>
        <w:spacing w:after="40"/>
        <w:jc w:val="left"/>
      </w:pPr>
    </w:p>
    <w:p>
      <w:pPr>
        <w:spacing w:after="40"/>
        <w:jc w:val="left"/>
      </w:pPr>
      <w:r>
        <w:t>Je souhaite porter à votre connaissance les éléments suivants.</w:t>
      </w:r>
    </w:p>
    <w:p>
      <w:pPr>
        <w:spacing w:after="40"/>
        <w:jc w:val="left"/>
      </w:pPr>
    </w:p>
    <w:p>
      <w:pPr>
        <w:spacing w:after="40"/>
        <w:jc w:val="left"/>
      </w:pPr>
      <w:r>
        <w:t>[Répondre point par point, dans l'ordre des motifs, avec des faits et non des intentions. Exemple : la chambre a été entièrement réaménagée le [date], photos jointes ; j'ai suivi depuis le [date] la formation [intitulé] ; mon conjoint, que le service n'a pu rencontrer qu'une fois, se tient à votre disposition.]</w:t>
      </w:r>
    </w:p>
    <w:p>
      <w:pPr>
        <w:spacing w:after="40"/>
        <w:jc w:val="left"/>
      </w:pPr>
    </w:p>
    <w:p>
      <w:pPr>
        <w:spacing w:after="40"/>
        <w:jc w:val="left"/>
      </w:pPr>
      <w:r>
        <w:t>Je sollicite en conséquence le réexamen de ma demande et, si vous l'estimez utile, une nouvelle visite à domicile ou un entretien complémentaire.</w:t>
      </w:r>
    </w:p>
    <w:p>
      <w:pPr>
        <w:spacing w:after="40"/>
        <w:jc w:val="left"/>
      </w:pPr>
    </w:p>
    <w:p>
      <w:pPr>
        <w:spacing w:after="40"/>
        <w:jc w:val="left"/>
      </w:pPr>
      <w:r>
        <w:t>Je vous informe que, à défaut de réponse dans un délai de deux mois, je me réserve la possibilité de saisir le tribunal administratif de [ville].</w:t>
      </w:r>
    </w:p>
    <w:p>
      <w:pPr>
        <w:spacing w:after="40"/>
        <w:jc w:val="left"/>
      </w:pPr>
    </w:p>
    <w:p>
      <w:pPr>
        <w:spacing w:after="40"/>
        <w:jc w:val="left"/>
      </w:pPr>
      <w:r>
        <w:t>Je vous prie d'agréer, Monsieur le Président, l'expression de ma considération distinguée.</w:t>
      </w:r>
    </w:p>
    <w:p>
      <w:pPr>
        <w:spacing w:after="40"/>
        <w:jc w:val="left"/>
      </w:pPr>
    </w:p>
    <w:p>
      <w:pPr>
        <w:spacing w:after="40"/>
        <w:jc w:val="left"/>
      </w:pPr>
      <w:r>
        <w:t>[Signature]</w:t>
      </w:r>
    </w:p>
    <w:p>
      <w:pPr>
        <w:spacing w:after="40"/>
        <w:jc w:val="left"/>
      </w:pPr>
    </w:p>
    <w:p>
      <w:pPr>
        <w:spacing w:after="40"/>
        <w:jc w:val="left"/>
      </w:pPr>
      <w:r>
        <w:t>Pièces jointes : copie de la décision de refus, [liste des justificatifs]</w:t>
      </w:r>
    </w:p>
    <w:p>
      <w:r>
        <w:br w:type="page"/>
      </w:r>
    </w:p>
    <w:p>
      <w:r>
        <w:rPr>
          <w:sz w:val="18"/>
        </w:rPr>
        <w:t>Sources vérifiées le 2 octobre 2026 sur service-public.gouv.fr (fiches F1260 et F2474) et sur les textes du 1er avril 2025. Document gratuit — lettres-types-gratuites.com</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