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744"/>
        </w:rPr>
        <w:t>Réserves émises lors de la réception des travaux</w:t>
      </w:r>
    </w:p>
    <w:p/>
    <w:p>
      <w:r>
        <w:t xml:space="preserve">Maître de l'ouvrage : </w:t>
      </w:r>
      <w:r>
        <w:rPr>
          <w:color w:val="F97316"/>
        </w:rPr>
        <w:t>[Prénom Nom]</w:t>
      </w:r>
      <w:r>
        <w:t xml:space="preserve">, </w:t>
      </w:r>
      <w:r>
        <w:rPr>
          <w:color w:val="F97316"/>
        </w:rPr>
        <w:t>[adresse]</w:t>
      </w:r>
    </w:p>
    <w:p>
      <w:r>
        <w:t xml:space="preserve">Entreprise : </w:t>
      </w:r>
      <w:r>
        <w:rPr>
          <w:color w:val="F97316"/>
        </w:rPr>
        <w:t>[nom de l'entreprise]</w:t>
      </w:r>
      <w:r>
        <w:t xml:space="preserve">, </w:t>
      </w:r>
      <w:r>
        <w:rPr>
          <w:color w:val="F97316"/>
        </w:rPr>
        <w:t>[adresse]</w:t>
      </w:r>
    </w:p>
    <w:p>
      <w:r>
        <w:t xml:space="preserve">Chantier : </w:t>
      </w:r>
      <w:r>
        <w:rPr>
          <w:color w:val="F97316"/>
        </w:rPr>
        <w:t>[adresse des travaux]</w:t>
      </w:r>
    </w:p>
    <w:p>
      <w:r>
        <w:t xml:space="preserve">Devis n° </w:t>
      </w:r>
      <w:r>
        <w:rPr>
          <w:color w:val="F97316"/>
        </w:rPr>
        <w:t>[numéro]</w:t>
      </w:r>
      <w:r>
        <w:t xml:space="preserve"> du </w:t>
      </w:r>
      <w:r>
        <w:rPr>
          <w:color w:val="F97316"/>
        </w:rPr>
        <w:t>[date]</w:t>
      </w:r>
      <w:r>
        <w:t xml:space="preserve">, montant </w:t>
      </w:r>
      <w:r>
        <w:rPr>
          <w:color w:val="F97316"/>
        </w:rPr>
        <w:t>[montant]</w:t>
      </w:r>
      <w:r>
        <w:t xml:space="preserve"> € TTC</w:t>
      </w:r>
    </w:p>
    <w:p/>
    <w:p>
      <w:r>
        <w:t xml:space="preserve">Je, soussigné(e) </w:t>
      </w:r>
      <w:r>
        <w:rPr>
          <w:color w:val="F97316"/>
        </w:rPr>
        <w:t>[Prénom Nom]</w:t>
      </w:r>
      <w:r>
        <w:t xml:space="preserve">, déclare réceptionner les travaux de </w:t>
      </w:r>
      <w:r>
        <w:rPr>
          <w:color w:val="F97316"/>
        </w:rPr>
        <w:t>[nature des travaux]</w:t>
      </w:r>
      <w:r>
        <w:t xml:space="preserve"> avec les réserves suivantes :</w:t>
      </w:r>
    </w:p>
    <w:p/>
    <w:p>
      <w:r>
        <w:t xml:space="preserve">1. </w:t>
      </w:r>
      <w:r>
        <w:rPr>
          <w:color w:val="F97316"/>
        </w:rPr>
        <w:t>[Pièce ou emplacement]</w:t>
      </w:r>
      <w:r>
        <w:t xml:space="preserve"> : </w:t>
      </w:r>
      <w:r>
        <w:rPr>
          <w:color w:val="F97316"/>
        </w:rPr>
        <w:t>[défaut constaté, par exemple : deux carreaux fissurés devant la douche]</w:t>
      </w:r>
      <w:r>
        <w:t>.</w:t>
      </w:r>
    </w:p>
    <w:p>
      <w:r>
        <w:t xml:space="preserve">2. </w:t>
      </w:r>
      <w:r>
        <w:rPr>
          <w:color w:val="F97316"/>
        </w:rPr>
        <w:t>[Pièce ou emplacement]</w:t>
      </w:r>
      <w:r>
        <w:t xml:space="preserve"> : </w:t>
      </w:r>
      <w:r>
        <w:rPr>
          <w:color w:val="F97316"/>
        </w:rPr>
        <w:t>[défaut constaté]</w:t>
      </w:r>
      <w:r>
        <w:t>.</w:t>
      </w:r>
    </w:p>
    <w:p>
      <w:r>
        <w:t xml:space="preserve">3. </w:t>
      </w:r>
      <w:r>
        <w:rPr>
          <w:color w:val="F97316"/>
        </w:rPr>
        <w:t>[Élément prévu au devis non réalisé ou non conforme : préciser]</w:t>
      </w:r>
      <w:r>
        <w:t>.</w:t>
      </w:r>
    </w:p>
    <w:p/>
    <w:p>
      <w:r>
        <w:t xml:space="preserve">L'entreprise s'engage à lever ces réserves au plus tard le </w:t>
      </w:r>
      <w:r>
        <w:rPr>
          <w:color w:val="F97316"/>
        </w:rPr>
        <w:t>[date convenue]</w:t>
      </w:r>
      <w:r>
        <w:t>. La levée des réserves sera constatée par écrit et signée par les deux parties.</w:t>
      </w:r>
    </w:p>
    <w:p/>
    <w:p>
      <w:r>
        <w:rPr>
          <w:color w:val="F97316"/>
        </w:rPr>
        <w:t>[La retenue de garantie de 5 % prévue au contrat, soit [montant]</w:t>
      </w:r>
      <w:r>
        <w:t xml:space="preserve"> €, est consignée auprès de </w:t>
      </w:r>
      <w:r>
        <w:rPr>
          <w:color w:val="F97316"/>
        </w:rPr>
        <w:t>[nom du consignataire]</w:t>
      </w:r>
      <w:r>
        <w:t>.]</w:t>
      </w:r>
    </w:p>
    <w:p/>
    <w:p>
      <w:r>
        <w:t xml:space="preserve">Fait à </w:t>
      </w:r>
      <w:r>
        <w:rPr>
          <w:color w:val="F97316"/>
        </w:rPr>
        <w:t>[ville]</w:t>
      </w:r>
      <w:r>
        <w:t xml:space="preserve">, le </w:t>
      </w:r>
      <w:r>
        <w:rPr>
          <w:color w:val="F97316"/>
        </w:rPr>
        <w:t>[date]</w:t>
      </w:r>
      <w:r>
        <w:t>, en deux exemplaires.</w:t>
      </w:r>
    </w:p>
    <w:p/>
    <w:p>
      <w:r>
        <w:t xml:space="preserve">Le maître de l'ouvrage : </w:t>
      </w:r>
      <w:r>
        <w:rPr>
          <w:color w:val="F97316"/>
        </w:rPr>
        <w:t>[signature]</w:t>
      </w:r>
    </w:p>
    <w:p>
      <w:r>
        <w:t xml:space="preserve">Pour l'entreprise : </w:t>
      </w:r>
      <w:r>
        <w:rPr>
          <w:color w:val="F97316"/>
        </w:rPr>
        <w:t>[nom, signature et cachet]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Modèle gratuit – lettres-types-gratuites.com – à personnaliser : remplacez les passages entre crochets.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space="4" w:color="f97316"/>
      </w:pBdr>
    </w:pPr>
    <w:r>
      <w:rPr>
        <w:b/>
        <w:color w:val="1A2744"/>
        <w:sz w:val="20"/>
      </w:rPr>
      <w:t>Réserves – procès-verbal de réception des travaux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Réserves – procès-verbal de réception des travaux</dc:title>
  <dc:subject/>
  <dc:creator>Lettres Types Gratuites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