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F97316"/>
        </w:rPr>
        <w:t>[Prénom Nom]</w:t>
      </w:r>
    </w:p>
    <w:p>
      <w:r>
        <w:rPr>
          <w:color w:val="F97316"/>
        </w:rPr>
        <w:t>[Adresse]</w:t>
      </w:r>
    </w:p>
    <w:p>
      <w:r>
        <w:rPr>
          <w:color w:val="F97316"/>
        </w:rPr>
        <w:t>[Téléphone – e-mail]</w:t>
      </w:r>
    </w:p>
    <w:p/>
    <w:p>
      <w:r>
        <w:t xml:space="preserve">Commission départementale de conciliation de </w:t>
      </w:r>
      <w:r>
        <w:rPr>
          <w:color w:val="F97316"/>
        </w:rPr>
        <w:t>[département]</w:t>
      </w:r>
    </w:p>
    <w:p>
      <w:r>
        <w:rPr>
          <w:color w:val="F97316"/>
        </w:rPr>
        <w:t>[Adresse de la commission]</w:t>
      </w:r>
    </w:p>
    <w:p/>
    <w:p>
      <w:r>
        <w:t xml:space="preserve">À </w:t>
      </w:r>
      <w:r>
        <w:rPr>
          <w:color w:val="F97316"/>
        </w:rPr>
        <w:t>[ville]</w:t>
      </w:r>
      <w:r>
        <w:t xml:space="preserve">, le </w:t>
      </w:r>
      <w:r>
        <w:rPr>
          <w:color w:val="F97316"/>
        </w:rPr>
        <w:t>[date]</w:t>
      </w:r>
    </w:p>
    <w:p/>
    <w:p>
      <w:r>
        <w:rPr>
          <w:b/>
          <w:color w:val="1A2744"/>
        </w:rPr>
        <w:t>Lettre recommandée avec avis de réception</w:t>
      </w:r>
    </w:p>
    <w:p/>
    <w:p>
      <w:r>
        <w:rPr>
          <w:b/>
          <w:color w:val="1A2744"/>
        </w:rPr>
        <w:t>Objet : demande de conciliation – litige relatif à la restitution d'un dépôt de garantie</w:t>
      </w:r>
    </w:p>
    <w:p/>
    <w:p>
      <w:r>
        <w:t>Madame, Monsieur,</w:t>
      </w:r>
    </w:p>
    <w:p/>
    <w:p>
      <w:r>
        <w:t>Je sollicite l'intervention de la commission dans le litige qui m'oppose à mon ancien bailleur :</w:t>
      </w:r>
    </w:p>
    <w:p>
      <w:r>
        <w:rPr>
          <w:color w:val="F97316"/>
        </w:rPr>
        <w:t>[Nom du propriétaire et, le cas échéant, de l'agence]</w:t>
      </w:r>
    </w:p>
    <w:p>
      <w:r>
        <w:rPr>
          <w:color w:val="F97316"/>
        </w:rPr>
        <w:t>[Adresse]</w:t>
      </w:r>
    </w:p>
    <w:p/>
    <w:p>
      <w:r>
        <w:t xml:space="preserve">Logement concerné : </w:t>
      </w:r>
      <w:r>
        <w:rPr>
          <w:color w:val="F97316"/>
        </w:rPr>
        <w:t>[adresse]</w:t>
      </w:r>
      <w:r>
        <w:t xml:space="preserve">, loué </w:t>
      </w:r>
      <w:r>
        <w:rPr>
          <w:color w:val="F97316"/>
        </w:rPr>
        <w:t>[vide / meublé]</w:t>
      </w:r>
      <w:r>
        <w:t xml:space="preserve"> à titre de résidence principale, du </w:t>
      </w:r>
      <w:r>
        <w:rPr>
          <w:color w:val="F97316"/>
        </w:rPr>
        <w:t>[date]</w:t>
      </w:r>
      <w:r>
        <w:t xml:space="preserve"> au </w:t>
      </w:r>
      <w:r>
        <w:rPr>
          <w:color w:val="F97316"/>
        </w:rPr>
        <w:t>[date]</w:t>
      </w:r>
      <w:r>
        <w:t xml:space="preserve">. Loyer mensuel hors charges : </w:t>
      </w:r>
      <w:r>
        <w:rPr>
          <w:color w:val="F97316"/>
        </w:rPr>
        <w:t>[montant]</w:t>
      </w:r>
      <w:r>
        <w:t xml:space="preserve"> €. Dépôt de garantie versé : </w:t>
      </w:r>
      <w:r>
        <w:rPr>
          <w:color w:val="F97316"/>
        </w:rPr>
        <w:t>[montant]</w:t>
      </w:r>
      <w:r>
        <w:t xml:space="preserve"> €.</w:t>
      </w:r>
    </w:p>
    <w:p/>
    <w:p>
      <w:r>
        <w:t xml:space="preserve">J'ai remis les clés le </w:t>
      </w:r>
      <w:r>
        <w:rPr>
          <w:color w:val="F97316"/>
        </w:rPr>
        <w:t>[date]</w:t>
      </w:r>
      <w:r>
        <w:t xml:space="preserve">. Malgré ma relance du </w:t>
      </w:r>
      <w:r>
        <w:rPr>
          <w:color w:val="F97316"/>
        </w:rPr>
        <w:t>[date]</w:t>
      </w:r>
      <w:r>
        <w:t xml:space="preserve"> et ma mise en demeure du </w:t>
      </w:r>
      <w:r>
        <w:rPr>
          <w:color w:val="F97316"/>
        </w:rPr>
        <w:t>[date]</w:t>
      </w:r>
      <w:r>
        <w:t xml:space="preserve">, reçue le </w:t>
      </w:r>
      <w:r>
        <w:rPr>
          <w:color w:val="F97316"/>
        </w:rPr>
        <w:t>[date]</w:t>
      </w:r>
      <w:r>
        <w:t xml:space="preserve">, mon bailleur </w:t>
      </w:r>
      <w:r>
        <w:rPr>
          <w:color w:val="F97316"/>
        </w:rPr>
        <w:t>[ne m'a pas restitué le dépôt de garantie / a retenu [montant]</w:t>
      </w:r>
      <w:r>
        <w:t xml:space="preserve"> € sans justificatif suffisant].</w:t>
      </w:r>
    </w:p>
    <w:p/>
    <w:p>
      <w:r>
        <w:t xml:space="preserve">Je demande la restitution de </w:t>
      </w:r>
      <w:r>
        <w:rPr>
          <w:color w:val="F97316"/>
        </w:rPr>
        <w:t>[montant]</w:t>
      </w:r>
      <w:r>
        <w:t xml:space="preserve"> €, majorés de 10 % du loyer mensuel hors charges par mois de retard commencé, conformément à l'article 22 de la loi n° 89-462 du 6 juillet 1989.</w:t>
      </w:r>
    </w:p>
    <w:p/>
    <w:p>
      <w:r>
        <w:t>Je joins à ma demande :</w:t>
      </w:r>
    </w:p>
    <w:p>
      <w:r>
        <w:t>– la copie du bail ;</w:t>
      </w:r>
    </w:p>
    <w:p>
      <w:r>
        <w:t>– les états des lieux d'entrée et de sortie ;</w:t>
      </w:r>
    </w:p>
    <w:p>
      <w:r>
        <w:t>– la preuve de la remise des clés ;</w:t>
      </w:r>
    </w:p>
    <w:p>
      <w:r>
        <w:t>– mes courriers de relance et de mise en demeure, avec l'avis de réception ;</w:t>
      </w:r>
    </w:p>
    <w:p>
      <w:r>
        <w:t xml:space="preserve">– </w:t>
      </w:r>
      <w:r>
        <w:rPr>
          <w:color w:val="F97316"/>
        </w:rPr>
        <w:t>[les éventuelles réponses du bailleur, photos, décompte des retenues]</w:t>
      </w:r>
      <w:r>
        <w:t>.</w:t>
      </w:r>
    </w:p>
    <w:p/>
    <w:p>
      <w:r>
        <w:t>Je vous prie d'agréer, Madame, Monsieur, mes salutations distinguées.</w:t>
      </w:r>
    </w:p>
    <w:p/>
    <w:p>
      <w:r>
        <w:rPr>
          <w:color w:val="F97316"/>
        </w:rPr>
        <w:t>[Signature]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Modèle gratuit – lettres-types-gratuites.com – à personnaliser : remplacez les passages entre crochets.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space="4" w:color="f97316"/>
      </w:pBdr>
    </w:pPr>
    <w:r>
      <w:rPr>
        <w:b/>
        <w:color w:val="1A2744"/>
        <w:sz w:val="20"/>
      </w:rPr>
      <w:t>Saisine de la commission départementale de conciliation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Saisine de la commission départementale de conciliation</dc:title>
  <dc:subject/>
  <dc:creator>Lettres Types Gratuites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