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2137"/>
          <w:sz w:val="40"/>
        </w:rPr>
        <w:t>80 ans : 62 textes d'anniversaire prêts à copier</w:t>
      </w:r>
    </w:p>
    <w:p>
      <w:pPr>
        <w:jc w:val="center"/>
      </w:pPr>
      <w:r>
        <w:rPr>
          <w:color w:val="E67E22"/>
          <w:sz w:val="23"/>
        </w:rPr>
        <w:t>Femme, homme, amie, famille, poème, carte, discours et remerciements</w:t>
      </w:r>
    </w:p>
    <w:p>
      <w:pPr>
        <w:jc w:val="center"/>
      </w:pPr>
      <w:r>
        <w:rPr>
          <w:color w:val="666666"/>
          <w:sz w:val="18"/>
        </w:rPr>
        <w:t>lettres-types-gratuites.com — mis à jour le 6 octobre 2026</w:t>
      </w:r>
    </w:p>
    <w:p/>
    <w:p>
      <w:r>
        <w:rPr>
          <w:b/>
          <w:color w:val="0D2137"/>
        </w:rPr>
        <w:t>Comment utiliser ce pack</w:t>
      </w:r>
    </w:p>
    <w:p>
      <w:r>
        <w:t>Remplacez les éléments entre crochets par un détail personnel : un prénom, un souvenir, une habitude. C'est ce détail qui fait la différence avec un texte standard. Pour une carte, comptez trois à cinq lignes. Pour un discours, une à deux minutes maximum.</w:t>
      </w:r>
    </w:p>
    <w:p/>
    <w:p>
      <w:r>
        <w:rPr>
          <w:b/>
          <w:color w:val="0D2137"/>
        </w:rPr>
        <w:t>Sommaire</w:t>
      </w:r>
    </w:p>
    <w:p>
      <w:pPr>
        <w:pStyle w:val="ListBullet"/>
      </w:pPr>
      <w:r>
        <w:t>Quel texte d'anniversaire pour les 80 ans d'une femme ?  (7 textes)</w:t>
      </w:r>
    </w:p>
    <w:p>
      <w:pPr>
        <w:pStyle w:val="ListBullet"/>
      </w:pPr>
      <w:r>
        <w:t>Quel texte pour les 80 ans d'une amie ou d'un ami ?  (7 textes)</w:t>
      </w:r>
    </w:p>
    <w:p>
      <w:pPr>
        <w:pStyle w:val="ListBullet"/>
      </w:pPr>
      <w:r>
        <w:t>Quel texte d'anniversaire pour les 80 ans d'un homme ?  (6 textes)</w:t>
      </w:r>
    </w:p>
    <w:p>
      <w:pPr>
        <w:pStyle w:val="ListBullet"/>
      </w:pPr>
      <w:r>
        <w:t>Quel petit mot ou SMS court pour des 80 ans ?  (8 textes)</w:t>
      </w:r>
    </w:p>
    <w:p>
      <w:pPr>
        <w:pStyle w:val="ListBullet"/>
      </w:pPr>
      <w:r>
        <w:t>Quel texte touchant pour un anniversaire de 80 ans ?  (5 textes)</w:t>
      </w:r>
    </w:p>
    <w:p>
      <w:pPr>
        <w:pStyle w:val="ListBullet"/>
      </w:pPr>
      <w:r>
        <w:t>Quel texte d'anniversaire 80 ans avec humour ?  (7 textes)</w:t>
      </w:r>
    </w:p>
    <w:p>
      <w:pPr>
        <w:pStyle w:val="ListBullet"/>
      </w:pPr>
      <w:r>
        <w:t>Quel texte pour les 80 ans de sa maman, son papa, sa mamie ou sa tante ?  (8 textes)</w:t>
      </w:r>
    </w:p>
    <w:p>
      <w:pPr>
        <w:pStyle w:val="ListBullet"/>
      </w:pPr>
      <w:r>
        <w:t>Quel poème pour un anniversaire de 80 ans ?  (3 textes)</w:t>
      </w:r>
    </w:p>
    <w:p>
      <w:pPr>
        <w:pStyle w:val="ListBullet"/>
      </w:pPr>
      <w:r>
        <w:t>Quelle citation ou quelle formule pour 80 ans ?  (2 textes)</w:t>
      </w:r>
    </w:p>
    <w:p>
      <w:pPr>
        <w:pStyle w:val="ListBullet"/>
      </w:pPr>
      <w:r>
        <w:t>Quoi écrire sur une carte d'anniversaire pour 80 ans ?  (4 textes)</w:t>
      </w:r>
    </w:p>
    <w:p>
      <w:pPr>
        <w:pStyle w:val="ListBullet"/>
      </w:pPr>
      <w:r>
        <w:t>Comment faire un discours pour un anniversaire de 80 ans ?  (2 textes)</w:t>
      </w:r>
    </w:p>
    <w:p>
      <w:pPr>
        <w:pStyle w:val="ListBullet"/>
      </w:pPr>
      <w:r>
        <w:t>Quel texte de remerciement quand on fête soi-même ses 80 ans ?  (3 textes)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texte d'anniversaire pour les 80 ans d'une femme ?</w:t>
      </w:r>
    </w:p>
    <w:p>
      <w:r>
        <w:rPr>
          <w:b/>
          <w:color w:val="E67E22"/>
          <w:sz w:val="21"/>
        </w:rPr>
        <w:t>1. Texte d'anniversaire 80 ans pour une femme</w:t>
      </w:r>
    </w:p>
    <w:p>
      <w:pPr>
        <w:spacing w:after="280"/>
      </w:pPr>
      <w:r>
        <w:t>Quatre-vingts ans, [Prénom].</w:t>
      </w:r>
      <w:r>
        <w:br/>
      </w:r>
      <w:r>
        <w:t>Quatre-vingts ans de cette énergie qui nous fatigue tous et qui nous tient debout en même temps.</w:t>
      </w:r>
      <w:r>
        <w:br/>
      </w:r>
      <w:r>
        <w:t>Merci pour tout ce que tu as porté, souvent sans rien dire.</w:t>
      </w:r>
      <w:r>
        <w:br/>
      </w:r>
      <w:r>
        <w:t>Très bel anniversaire, et à très vite autour de ta table.</w:t>
      </w:r>
    </w:p>
    <w:p>
      <w:r>
        <w:rPr>
          <w:b/>
          <w:color w:val="E67E22"/>
          <w:sz w:val="21"/>
        </w:rPr>
        <w:t>2. Texte anniversaire 80 ans femme</w:t>
      </w:r>
    </w:p>
    <w:p>
      <w:pPr>
        <w:spacing w:after="280"/>
      </w:pPr>
      <w:r>
        <w:t>Joyeux anniversaire [Prénom] !</w:t>
      </w:r>
      <w:r>
        <w:br/>
      </w:r>
      <w:r>
        <w:t>80 ans aujourd'hui, et toujours la même façon de regarder les gens comme s'ils comptaient vraiment.</w:t>
      </w:r>
      <w:r>
        <w:br/>
      </w:r>
      <w:r>
        <w:t>Je te souhaite une journée douce, entourée, et beaucoup de rires.</w:t>
      </w:r>
    </w:p>
    <w:p>
      <w:r>
        <w:rPr>
          <w:b/>
          <w:color w:val="E67E22"/>
          <w:sz w:val="21"/>
        </w:rPr>
        <w:t>3. Texte « 80 ans, le bel âge »</w:t>
      </w:r>
    </w:p>
    <w:p>
      <w:pPr>
        <w:spacing w:after="280"/>
      </w:pPr>
      <w:r>
        <w:t>80 ans, le bel âge, celui où l'on peut enfin dire tout ce qu'on pense.</w:t>
      </w:r>
      <w:r>
        <w:br/>
      </w:r>
      <w:r>
        <w:t>Tu ne t'en es jamais privée, [Prénom], et c'est pour ça qu'on t'aime.</w:t>
      </w:r>
      <w:r>
        <w:br/>
      </w:r>
      <w:r>
        <w:t>Bon anniversaire.</w:t>
      </w:r>
    </w:p>
    <w:p>
      <w:r>
        <w:rPr>
          <w:b/>
          <w:color w:val="E67E22"/>
          <w:sz w:val="21"/>
        </w:rPr>
        <w:t>4. Texte pour 80 ans femme</w:t>
      </w:r>
    </w:p>
    <w:p>
      <w:pPr>
        <w:spacing w:after="280"/>
      </w:pPr>
      <w:r>
        <w:t>Chère [Prénom],</w:t>
      </w:r>
      <w:r>
        <w:br/>
      </w:r>
      <w:r>
        <w:t>En quatre-vingts ans, tu as vu changer presque tout, et tu as gardé l'essentiel : la gentillesse et le goût des autres.</w:t>
      </w:r>
      <w:r>
        <w:br/>
      </w:r>
      <w:r>
        <w:t>Je te souhaite un anniversaire à ton image, simple et chaleureux.</w:t>
      </w:r>
    </w:p>
    <w:p>
      <w:r>
        <w:rPr>
          <w:b/>
          <w:color w:val="E67E22"/>
          <w:sz w:val="21"/>
        </w:rPr>
        <w:t>5. Texte pour anniversaire 80 ans femme</w:t>
      </w:r>
    </w:p>
    <w:p>
      <w:pPr>
        <w:spacing w:after="280"/>
      </w:pPr>
      <w:r>
        <w:t>Aujourd'hui tu as 80 ans et je repense à [détail : tes gâteaux du dimanche, tes conseils, ta voix au téléphone].</w:t>
      </w:r>
      <w:r>
        <w:br/>
      </w:r>
      <w:r>
        <w:t>C'est ça, pour moi, quatre-vingts ans de toi.</w:t>
      </w:r>
      <w:r>
        <w:br/>
      </w:r>
      <w:r>
        <w:t>Joyeux anniversaire, [Prénom].</w:t>
      </w:r>
    </w:p>
    <w:p>
      <w:r>
        <w:rPr>
          <w:b/>
          <w:color w:val="E67E22"/>
          <w:sz w:val="21"/>
        </w:rPr>
        <w:t>6. Joyeux anniversaire 80 ans femme</w:t>
      </w:r>
    </w:p>
    <w:p>
      <w:pPr>
        <w:spacing w:after="280"/>
      </w:pPr>
      <w:r>
        <w:t>Joyeux anniversaire 80 ans femme de caractère !</w:t>
      </w:r>
      <w:r>
        <w:br/>
      </w:r>
      <w:r>
        <w:t>Tu as toujours refusé qu'on décide pour toi, et tu as eu raison.</w:t>
      </w:r>
      <w:r>
        <w:br/>
      </w:r>
      <w:r>
        <w:t>Que cette année t'apporte du calme, de la santé et des visites.</w:t>
      </w:r>
    </w:p>
    <w:p>
      <w:r>
        <w:rPr>
          <w:b/>
          <w:color w:val="E67E22"/>
          <w:sz w:val="21"/>
        </w:rPr>
        <w:t>7. Modèle texte anniversaire 80 ans femme</w:t>
      </w:r>
    </w:p>
    <w:p>
      <w:pPr>
        <w:spacing w:after="280"/>
      </w:pPr>
      <w:r>
        <w:t>[Prénom], 80 ans.</w:t>
      </w:r>
      <w:r>
        <w:br/>
      </w:r>
      <w:r>
        <w:t>Pas un chiffre : une histoire, avec des périodes difficiles que tu as traversées sans te plaindre.</w:t>
      </w:r>
      <w:r>
        <w:br/>
      </w:r>
      <w:r>
        <w:t>Toute mon affection et un très bel anniversaire.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texte pour les 80 ans d'une amie ou d'un ami ?</w:t>
      </w:r>
    </w:p>
    <w:p>
      <w:r>
        <w:rPr>
          <w:b/>
          <w:color w:val="E67E22"/>
          <w:sz w:val="21"/>
        </w:rPr>
        <w:t>8. Texte anniversaire 80 ans femme amie</w:t>
      </w:r>
    </w:p>
    <w:p>
      <w:pPr>
        <w:spacing w:after="280"/>
      </w:pPr>
      <w:r>
        <w:t>[Prénom], 80 ans !</w:t>
      </w:r>
      <w:r>
        <w:br/>
      </w:r>
      <w:r>
        <w:t>Et [nombre] années d'amitié derrière nous, ce qui est finalement le chiffre le plus impressionnant des deux.</w:t>
      </w:r>
      <w:r>
        <w:br/>
      </w:r>
      <w:r>
        <w:t>Bon anniversaire, mon amie. On remet ça l'année prochaine.</w:t>
      </w:r>
    </w:p>
    <w:p>
      <w:r>
        <w:rPr>
          <w:b/>
          <w:color w:val="E67E22"/>
          <w:sz w:val="21"/>
        </w:rPr>
        <w:t>9. Texte anniversaire amie 80 ans</w:t>
      </w:r>
    </w:p>
    <w:p>
      <w:pPr>
        <w:spacing w:after="280"/>
      </w:pPr>
      <w:r>
        <w:t>Joyeux anniversaire à mon amie de toujours.</w:t>
      </w:r>
      <w:r>
        <w:br/>
      </w:r>
      <w:r>
        <w:t>80 ans, et je t'entends encore rire comme au premier jour.</w:t>
      </w:r>
      <w:r>
        <w:br/>
      </w:r>
      <w:r>
        <w:t>Merci d'être restée, dans les bons moments comme dans les autres.</w:t>
      </w:r>
    </w:p>
    <w:p>
      <w:r>
        <w:rPr>
          <w:b/>
          <w:color w:val="E67E22"/>
          <w:sz w:val="21"/>
        </w:rPr>
        <w:t>10. Texte pour les 80 ans d'une amie</w:t>
      </w:r>
    </w:p>
    <w:p>
      <w:pPr>
        <w:spacing w:after="280"/>
      </w:pPr>
      <w:r>
        <w:t>Quatre-vingts ans pour toi, [Prénom].</w:t>
      </w:r>
      <w:r>
        <w:br/>
      </w:r>
      <w:r>
        <w:t>On a partagé [détail : les kermesses, les vacances, les mauvaises nouvelles et les bonnes].</w:t>
      </w:r>
      <w:r>
        <w:br/>
      </w:r>
      <w:r>
        <w:t>Je te souhaite une journée heureuse et je t'embrasse fort.</w:t>
      </w:r>
    </w:p>
    <w:p>
      <w:r>
        <w:rPr>
          <w:b/>
          <w:color w:val="E67E22"/>
          <w:sz w:val="21"/>
        </w:rPr>
        <w:t>11. Texte anniversaire 80 ans homme ami</w:t>
      </w:r>
    </w:p>
    <w:p>
      <w:pPr>
        <w:spacing w:after="280"/>
      </w:pPr>
      <w:r>
        <w:t>80 ans, mon ami !</w:t>
      </w:r>
      <w:r>
        <w:br/>
      </w:r>
      <w:r>
        <w:t>Tu es de ceux à qui on peut tout dire sans rien expliquer.</w:t>
      </w:r>
      <w:r>
        <w:br/>
      </w:r>
      <w:r>
        <w:t>Très bel anniversaire, et garde cette solidité qui nous rassure tous.</w:t>
      </w:r>
    </w:p>
    <w:p>
      <w:r>
        <w:rPr>
          <w:b/>
          <w:color w:val="E67E22"/>
          <w:sz w:val="21"/>
        </w:rPr>
        <w:t>12. Texte anniversaire pour une amie de 80 ans</w:t>
      </w:r>
    </w:p>
    <w:p>
      <w:pPr>
        <w:spacing w:after="280"/>
      </w:pPr>
      <w:r>
        <w:t>Chère [Prénom], quatre-vingts ans se fêtent comme il faut.</w:t>
      </w:r>
      <w:r>
        <w:br/>
      </w:r>
      <w:r>
        <w:t>Je lève mon verre à notre amitié, à ta franchise et à ta mémoire, qui est bien meilleure que la mienne.</w:t>
      </w:r>
      <w:r>
        <w:br/>
      </w:r>
      <w:r>
        <w:t>Joyeux anniversaire.</w:t>
      </w:r>
    </w:p>
    <w:p>
      <w:r>
        <w:rPr>
          <w:b/>
          <w:color w:val="E67E22"/>
          <w:sz w:val="21"/>
        </w:rPr>
        <w:t>13. Texte anniversaire ami 80 ans</w:t>
      </w:r>
    </w:p>
    <w:p>
      <w:pPr>
        <w:spacing w:after="280"/>
      </w:pPr>
      <w:r>
        <w:t>Bon anniversaire [Prénom] !</w:t>
      </w:r>
      <w:r>
        <w:br/>
      </w:r>
      <w:r>
        <w:t>À 80 ans, tu organises encore les sorties du groupe mieux que nous tous.</w:t>
      </w:r>
      <w:r>
        <w:br/>
      </w:r>
      <w:r>
        <w:t>Ne change rien, on a besoin de toi.</w:t>
      </w:r>
    </w:p>
    <w:p>
      <w:r>
        <w:rPr>
          <w:b/>
          <w:color w:val="E67E22"/>
          <w:sz w:val="21"/>
        </w:rPr>
        <w:t>14. Texte anniversaire 80 ans pour une amie</w:t>
      </w:r>
    </w:p>
    <w:p>
      <w:pPr>
        <w:spacing w:after="280"/>
      </w:pPr>
      <w:r>
        <w:t>Pour tes 80 ans, je te souhaite exactement ce que tu m'as toujours souhaité : de la santé, des gens autour de toi, et la paix.</w:t>
      </w:r>
      <w:r>
        <w:br/>
      </w:r>
      <w:r>
        <w:t>Joyeux anniversaire, [Prénom].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texte d'anniversaire pour les 80 ans d'un homme ?</w:t>
      </w:r>
    </w:p>
    <w:p>
      <w:r>
        <w:rPr>
          <w:b/>
          <w:color w:val="E67E22"/>
          <w:sz w:val="21"/>
        </w:rPr>
        <w:t>15. Texte anniversaire 80 ans homme</w:t>
      </w:r>
    </w:p>
    <w:p>
      <w:pPr>
        <w:spacing w:after="280"/>
      </w:pPr>
      <w:r>
        <w:t>80 ans, [Prénom].</w:t>
      </w:r>
      <w:r>
        <w:br/>
      </w:r>
      <w:r>
        <w:t>Tu as travaillé dur, tu as tenu ta famille, et tu n'as jamais réclamé de remerciements.</w:t>
      </w:r>
      <w:r>
        <w:br/>
      </w:r>
      <w:r>
        <w:t>Tu en auras quand même un aujourd'hui : merci. Très bel anniversaire.</w:t>
      </w:r>
    </w:p>
    <w:p>
      <w:r>
        <w:rPr>
          <w:b/>
          <w:color w:val="E67E22"/>
          <w:sz w:val="21"/>
        </w:rPr>
        <w:t>16. Texte pour 80 ans homme</w:t>
      </w:r>
    </w:p>
    <w:p>
      <w:pPr>
        <w:spacing w:after="280"/>
      </w:pPr>
      <w:r>
        <w:t>Joyeux anniversaire !</w:t>
      </w:r>
      <w:r>
        <w:br/>
      </w:r>
      <w:r>
        <w:t>Quatre-vingts ans, et tu sais encore réparer ce que personne ne sait plus réparer.</w:t>
      </w:r>
      <w:r>
        <w:br/>
      </w:r>
      <w:r>
        <w:t>Je te souhaite une belle journée, entouré de tous ceux qui comptent.</w:t>
      </w:r>
    </w:p>
    <w:p>
      <w:r>
        <w:rPr>
          <w:b/>
          <w:color w:val="E67E22"/>
          <w:sz w:val="21"/>
        </w:rPr>
        <w:t>17. Texte pour anniversaire homme 80 ans</w:t>
      </w:r>
    </w:p>
    <w:p>
      <w:pPr>
        <w:spacing w:after="280"/>
      </w:pPr>
      <w:r>
        <w:t>Cher [Prénom],</w:t>
      </w:r>
      <w:r>
        <w:br/>
      </w:r>
      <w:r>
        <w:t>80 ans : l'âge où l'on a le droit de raconter deux fois la même histoire, et on t'écoutera quand même.</w:t>
      </w:r>
      <w:r>
        <w:br/>
      </w:r>
      <w:r>
        <w:t>Bon anniversaire, et merci pour tout ce que tu nous as appris.</w:t>
      </w:r>
    </w:p>
    <w:p>
      <w:r>
        <w:rPr>
          <w:b/>
          <w:color w:val="E67E22"/>
          <w:sz w:val="21"/>
        </w:rPr>
        <w:t>18. Texte anniversaire 80 ans pour un homme</w:t>
      </w:r>
    </w:p>
    <w:p>
      <w:pPr>
        <w:spacing w:after="280"/>
      </w:pPr>
      <w:r>
        <w:t>Pour tes quatre-vingts ans, je voulais te dire une chose simple : tu t'es battu dans la vie, et on le sait.</w:t>
      </w:r>
      <w:r>
        <w:br/>
      </w:r>
      <w:r>
        <w:t>Profite de cette journée, tu l'as largement méritée.</w:t>
      </w:r>
    </w:p>
    <w:p>
      <w:r>
        <w:rPr>
          <w:b/>
          <w:color w:val="E67E22"/>
          <w:sz w:val="21"/>
        </w:rPr>
        <w:t>19. Mot pour anniversaire 80 ans homme</w:t>
      </w:r>
    </w:p>
    <w:p>
      <w:pPr>
        <w:spacing w:after="280"/>
      </w:pPr>
      <w:r>
        <w:t>80 ans aujourd'hui !</w:t>
      </w:r>
      <w:r>
        <w:br/>
      </w:r>
      <w:r>
        <w:t>Tu as toujours dit que l'âge n'était qu'un chiffre, alors on ne s'étendra pas : bon anniversaire, et à table.</w:t>
      </w:r>
    </w:p>
    <w:p>
      <w:r>
        <w:rPr>
          <w:b/>
          <w:color w:val="E67E22"/>
          <w:sz w:val="21"/>
        </w:rPr>
        <w:t>20. Message anniversaire homme 80 ans</w:t>
      </w:r>
    </w:p>
    <w:p>
      <w:pPr>
        <w:spacing w:after="280"/>
      </w:pPr>
      <w:r>
        <w:t>[Prénom], 80 ans.</w:t>
      </w:r>
      <w:r>
        <w:br/>
      </w:r>
      <w:r>
        <w:t>Tu es le genre d'homme qui arrive avant l'heure et repart le dernier, après avoir rangé les chaises.</w:t>
      </w:r>
      <w:r>
        <w:br/>
      </w:r>
      <w:r>
        <w:t>Très bel anniversaire, et laisse-nous faire aujourd'hui.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petit mot ou SMS court pour des 80 ans ?</w:t>
      </w:r>
    </w:p>
    <w:p>
      <w:r>
        <w:rPr>
          <w:b/>
          <w:color w:val="E67E22"/>
          <w:sz w:val="21"/>
        </w:rPr>
        <w:t>21. Petit mot pour 80 ans femme</w:t>
      </w:r>
    </w:p>
    <w:p>
      <w:pPr>
        <w:spacing w:after="280"/>
      </w:pPr>
      <w:r>
        <w:t>80 ans et toujours le même sourire. Joyeux anniversaire, [Prénom] !</w:t>
      </w:r>
    </w:p>
    <w:p>
      <w:r>
        <w:rPr>
          <w:b/>
          <w:color w:val="E67E22"/>
          <w:sz w:val="21"/>
        </w:rPr>
        <w:t>22. SMS d'anniversaire 80 ans</w:t>
      </w:r>
    </w:p>
    <w:p>
      <w:pPr>
        <w:spacing w:after="280"/>
      </w:pPr>
      <w:r>
        <w:t>Quatre-vingts bougies, une seule envie : te voir heureux aujourd'hui. Bon anniversaire !</w:t>
      </w:r>
    </w:p>
    <w:p>
      <w:r>
        <w:rPr>
          <w:b/>
          <w:color w:val="E67E22"/>
          <w:sz w:val="21"/>
        </w:rPr>
        <w:t>23. Joyeux 80e anniversaire</w:t>
      </w:r>
    </w:p>
    <w:p>
      <w:pPr>
        <w:spacing w:after="280"/>
      </w:pPr>
      <w:r>
        <w:t>Joyeux 80e anniversaire ! Que cette journée soit aussi douce que toi.</w:t>
      </w:r>
    </w:p>
    <w:p>
      <w:r>
        <w:rPr>
          <w:b/>
          <w:color w:val="E67E22"/>
          <w:sz w:val="21"/>
        </w:rPr>
        <w:t>24. Texte court anniversaire 80 ans</w:t>
      </w:r>
    </w:p>
    <w:p>
      <w:pPr>
        <w:spacing w:after="280"/>
      </w:pPr>
      <w:r>
        <w:t>80 ans, ça se fête fort. Pense à nous laisser une part de gâteau.</w:t>
      </w:r>
    </w:p>
    <w:p>
      <w:r>
        <w:rPr>
          <w:b/>
          <w:color w:val="E67E22"/>
          <w:sz w:val="21"/>
        </w:rPr>
        <w:t>25. Mot anniversaire 80 ans femme</w:t>
      </w:r>
    </w:p>
    <w:p>
      <w:pPr>
        <w:spacing w:after="280"/>
      </w:pPr>
      <w:r>
        <w:t>Bon anniversaire [Prénom]. 80 ans de présence, et ça compte plus que tout.</w:t>
      </w:r>
    </w:p>
    <w:p>
      <w:r>
        <w:rPr>
          <w:b/>
          <w:color w:val="E67E22"/>
          <w:sz w:val="21"/>
        </w:rPr>
        <w:t>26. Souhaits d'anniversaire 80 ans</w:t>
      </w:r>
    </w:p>
    <w:p>
      <w:pPr>
        <w:spacing w:after="280"/>
      </w:pPr>
      <w:r>
        <w:t>Tous mes vœux pour tes quatre-vingts ans : de la santé, du monde autour de toi, et du soleil.</w:t>
      </w:r>
    </w:p>
    <w:p>
      <w:r>
        <w:rPr>
          <w:b/>
          <w:color w:val="E67E22"/>
          <w:sz w:val="21"/>
        </w:rPr>
        <w:t>27. Petit mot pour les 80 ans</w:t>
      </w:r>
    </w:p>
    <w:p>
      <w:pPr>
        <w:spacing w:after="280"/>
      </w:pPr>
      <w:r>
        <w:t>À [Prénom], 80 ans aujourd'hui, et irremplaçable depuis toujours.</w:t>
      </w:r>
    </w:p>
    <w:p>
      <w:r>
        <w:rPr>
          <w:b/>
          <w:color w:val="E67E22"/>
          <w:sz w:val="21"/>
        </w:rPr>
        <w:t>28. Vœux de bonne fête pour 80 ans</w:t>
      </w:r>
    </w:p>
    <w:p>
      <w:pPr>
        <w:spacing w:after="280"/>
      </w:pPr>
      <w:r>
        <w:t>Bonne fête pour tes 80 ans ! On t'embrasse tous très fort.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texte touchant pour un anniversaire de 80 ans ?</w:t>
      </w:r>
    </w:p>
    <w:p>
      <w:r>
        <w:rPr>
          <w:b/>
          <w:color w:val="E67E22"/>
          <w:sz w:val="21"/>
        </w:rPr>
        <w:t>29. Message anniversaire 80 ans touchant</w:t>
      </w:r>
    </w:p>
    <w:p>
      <w:pPr>
        <w:spacing w:after="280"/>
      </w:pPr>
      <w:r>
        <w:t>[Prénom],</w:t>
      </w:r>
      <w:r>
        <w:br/>
      </w:r>
      <w:r>
        <w:t>Quatre-vingts ans, c'est long à vivre et court à raconter.</w:t>
      </w:r>
      <w:r>
        <w:br/>
      </w:r>
      <w:r>
        <w:t>Ce que je retiens, moi, c'est [détail : la lumière de ta cuisine le dimanche].</w:t>
      </w:r>
      <w:r>
        <w:br/>
      </w:r>
      <w:r>
        <w:t>Merci de m'avoir donné ça. Joyeux anniversaire.</w:t>
      </w:r>
    </w:p>
    <w:p>
      <w:r>
        <w:rPr>
          <w:b/>
          <w:color w:val="E67E22"/>
          <w:sz w:val="21"/>
        </w:rPr>
        <w:t>30. Texte anniversaire 80 ans touchant</w:t>
      </w:r>
    </w:p>
    <w:p>
      <w:pPr>
        <w:spacing w:after="280"/>
      </w:pPr>
      <w:r>
        <w:t>Il y a des gens qu'on remercie trop tard. Je préfère le faire aujourd'hui, pour tes 80 ans.</w:t>
      </w:r>
      <w:r>
        <w:br/>
      </w:r>
      <w:r>
        <w:t>Merci pour ta patience, et pour toutes les fois où tu n'as rien dit mais où tu étais là.</w:t>
      </w:r>
    </w:p>
    <w:p>
      <w:r>
        <w:rPr>
          <w:b/>
          <w:color w:val="E67E22"/>
          <w:sz w:val="21"/>
        </w:rPr>
        <w:t>31. Texte émouvant pour 80 ans</w:t>
      </w:r>
    </w:p>
    <w:p>
      <w:pPr>
        <w:spacing w:after="280"/>
      </w:pPr>
      <w:r>
        <w:t>80 ans, et toute une vie à faire passer les autres avant toi.</w:t>
      </w:r>
      <w:r>
        <w:br/>
      </w:r>
      <w:r>
        <w:t>Aujourd'hui, c'est ton tour. Laisse-nous t'entourer, [Prénom].</w:t>
      </w:r>
      <w:r>
        <w:br/>
      </w:r>
      <w:r>
        <w:t>Avec tout mon amour.</w:t>
      </w:r>
    </w:p>
    <w:p>
      <w:r>
        <w:rPr>
          <w:b/>
          <w:color w:val="E67E22"/>
          <w:sz w:val="21"/>
        </w:rPr>
        <w:t>32. Texte anniversaire 80 ans gratuit</w:t>
      </w:r>
    </w:p>
    <w:p>
      <w:pPr>
        <w:spacing w:after="280"/>
      </w:pPr>
      <w:r>
        <w:t>Chère [Prénom],</w:t>
      </w:r>
      <w:r>
        <w:br/>
      </w:r>
      <w:r>
        <w:t>Tu as traversé des choses dont tu ne parles jamais, et tu as continué à offrir du temps à tout le monde.</w:t>
      </w:r>
      <w:r>
        <w:br/>
      </w:r>
      <w:r>
        <w:t>C'est ça, pour moi, avoir 80 ans avec élégance.</w:t>
      </w:r>
      <w:r>
        <w:br/>
      </w:r>
      <w:r>
        <w:t>Très bel anniversaire.</w:t>
      </w:r>
    </w:p>
    <w:p>
      <w:r>
        <w:rPr>
          <w:b/>
          <w:color w:val="E67E22"/>
          <w:sz w:val="21"/>
        </w:rPr>
        <w:t>33. Exemple de texte anniversaire 80 ans</w:t>
      </w:r>
    </w:p>
    <w:p>
      <w:pPr>
        <w:spacing w:after="280"/>
      </w:pPr>
      <w:r>
        <w:t>Pour tes quatre-vingts ans, je te souhaite surtout du temps : du temps avec nous, du temps pour toi, du temps sans rien faire.</w:t>
      </w:r>
      <w:r>
        <w:br/>
      </w:r>
      <w:r>
        <w:t>Joyeux anniversaire.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texte d'anniversaire 80 ans avec humour ?</w:t>
      </w:r>
    </w:p>
    <w:p>
      <w:r>
        <w:rPr>
          <w:b/>
          <w:color w:val="E67E22"/>
          <w:sz w:val="21"/>
        </w:rPr>
        <w:t>34. Texte anniversaire 80 ans humour</w:t>
      </w:r>
    </w:p>
    <w:p>
      <w:pPr>
        <w:spacing w:after="280"/>
      </w:pPr>
      <w:r>
        <w:t>80 ans ! À ce stade, le gâteau risque de prendre feu avant que tu aies soufflé.</w:t>
      </w:r>
      <w:r>
        <w:br/>
      </w:r>
      <w:r>
        <w:t>On a prévu un extincteur et beaucoup d'affection. Joyeux anniversaire !</w:t>
      </w:r>
    </w:p>
    <w:p>
      <w:r>
        <w:rPr>
          <w:b/>
          <w:color w:val="E67E22"/>
          <w:sz w:val="21"/>
        </w:rPr>
        <w:t>35. Texte anniversaire femme 80 ans humour</w:t>
      </w:r>
    </w:p>
    <w:p>
      <w:pPr>
        <w:spacing w:after="280"/>
      </w:pPr>
      <w:r>
        <w:t>Bon anniversaire [Prénom] !</w:t>
      </w:r>
      <w:r>
        <w:br/>
      </w:r>
      <w:r>
        <w:t>80 ans, c'est officiellement l'âge où l'on a le droit de dire non à tout, sans justification.</w:t>
      </w:r>
      <w:r>
        <w:br/>
      </w:r>
      <w:r>
        <w:t>Profites-en, tu as attendu longtemps.</w:t>
      </w:r>
    </w:p>
    <w:p>
      <w:r>
        <w:rPr>
          <w:b/>
          <w:color w:val="E67E22"/>
          <w:sz w:val="21"/>
        </w:rPr>
        <w:t>36. Texte anniversaire 80 ans humoristique</w:t>
      </w:r>
    </w:p>
    <w:p>
      <w:pPr>
        <w:spacing w:after="280"/>
      </w:pPr>
      <w:r>
        <w:t>À 80 ans, tu as l'expérience d'un siècle et l'agenda d'un ministre.</w:t>
      </w:r>
      <w:r>
        <w:br/>
      </w:r>
      <w:r>
        <w:t>Merci de nous avoir trouvé un créneau pour ton anniversaire.</w:t>
      </w:r>
    </w:p>
    <w:p>
      <w:r>
        <w:rPr>
          <w:b/>
          <w:color w:val="E67E22"/>
          <w:sz w:val="21"/>
        </w:rPr>
        <w:t>37. 80 ans anniversaire humour</w:t>
      </w:r>
    </w:p>
    <w:p>
      <w:pPr>
        <w:spacing w:after="280"/>
      </w:pPr>
      <w:r>
        <w:t>Quatre-vingts ans : tu es passé de « jeune homme » à « monument historique » sans t'en apercevoir.</w:t>
      </w:r>
      <w:r>
        <w:br/>
      </w:r>
      <w:r>
        <w:t>Bon anniversaire, et attention aux travaux de restauration.</w:t>
      </w:r>
    </w:p>
    <w:p>
      <w:r>
        <w:rPr>
          <w:b/>
          <w:color w:val="E67E22"/>
          <w:sz w:val="21"/>
        </w:rPr>
        <w:t>38. Texte anniversaire 80 ans drôle</w:t>
      </w:r>
    </w:p>
    <w:p>
      <w:pPr>
        <w:spacing w:after="280"/>
      </w:pPr>
      <w:r>
        <w:t>80 ans aujourd'hui !</w:t>
      </w:r>
      <w:r>
        <w:br/>
      </w:r>
      <w:r>
        <w:t>La bonne nouvelle, c'est que tu n'as plus rien à prouver.</w:t>
      </w:r>
      <w:r>
        <w:br/>
      </w:r>
      <w:r>
        <w:t>La mauvaise, c'est que c'est toi qui raconteras les discours des autres pendant encore trente ans.</w:t>
      </w:r>
    </w:p>
    <w:p>
      <w:r>
        <w:rPr>
          <w:b/>
          <w:color w:val="E67E22"/>
          <w:sz w:val="21"/>
        </w:rPr>
        <w:t>39. Message anniversaire 80 ans humour</w:t>
      </w:r>
    </w:p>
    <w:p>
      <w:pPr>
        <w:spacing w:after="280"/>
      </w:pPr>
      <w:r>
        <w:t>Joyeux anniversaire [Prénom] !</w:t>
      </w:r>
      <w:r>
        <w:br/>
      </w:r>
      <w:r>
        <w:t>80 ans et toujours capable de nous battre aux cartes. On commence à trouver ça suspect.</w:t>
      </w:r>
    </w:p>
    <w:p>
      <w:r>
        <w:rPr>
          <w:b/>
          <w:color w:val="E67E22"/>
          <w:sz w:val="21"/>
        </w:rPr>
        <w:t>40. Texte anniversaire 80 ans original</w:t>
      </w:r>
    </w:p>
    <w:p>
      <w:pPr>
        <w:spacing w:after="280"/>
      </w:pPr>
      <w:r>
        <w:t>On dit que 80 ans est un cap. Toi tu l'as pris en souriant, avec un verre à la main.</w:t>
      </w:r>
      <w:r>
        <w:br/>
      </w:r>
      <w:r>
        <w:t>Bon anniversaire, et continue exactement comme ça.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texte pour les 80 ans de sa maman, son papa, sa mamie ou sa tante ?</w:t>
      </w:r>
    </w:p>
    <w:p>
      <w:pPr>
        <w:pStyle w:val="Heading2"/>
      </w:pPr>
      <w:r>
        <w:rPr>
          <w:color w:val="E67E22"/>
        </w:rPr>
        <w:t>Texte pour les 80 ans de sa maman</w:t>
      </w:r>
    </w:p>
    <w:p>
      <w:r>
        <w:rPr>
          <w:b/>
          <w:color w:val="E67E22"/>
          <w:sz w:val="21"/>
        </w:rPr>
        <w:t>41. Texte anniversaire 80 ans maman</w:t>
      </w:r>
    </w:p>
    <w:p>
      <w:pPr>
        <w:spacing w:after="280"/>
      </w:pPr>
      <w:r>
        <w:t>Maman,</w:t>
      </w:r>
      <w:r>
        <w:br/>
      </w:r>
      <w:r>
        <w:t>80 ans aujourd'hui, et je n'ai pas oublié toutes ces années où tu t'es levée avant tout le monde pour que rien ne manque à personne.</w:t>
      </w:r>
      <w:r>
        <w:br/>
      </w:r>
      <w:r>
        <w:t>Merci. Joyeux anniversaire.</w:t>
      </w:r>
    </w:p>
    <w:p>
      <w:r>
        <w:rPr>
          <w:b/>
          <w:color w:val="E67E22"/>
          <w:sz w:val="21"/>
        </w:rPr>
        <w:t>42. Message pour anniversaire femme 80 ans</w:t>
      </w:r>
    </w:p>
    <w:p>
      <w:pPr>
        <w:spacing w:after="280"/>
      </w:pPr>
      <w:r>
        <w:t>Ma petite maman de quatre-vingts ans,</w:t>
      </w:r>
      <w:r>
        <w:br/>
      </w:r>
      <w:r>
        <w:t>Tu as tenu la maison, les comptes et nos humeurs, parfois dans des années très difficiles.</w:t>
      </w:r>
      <w:r>
        <w:br/>
      </w:r>
      <w:r>
        <w:t>Aujourd'hui on te doit une belle journée. Je t'embrasse fort.</w:t>
      </w:r>
    </w:p>
    <w:p>
      <w:pPr>
        <w:pStyle w:val="Heading2"/>
      </w:pPr>
      <w:r>
        <w:rPr>
          <w:color w:val="E67E22"/>
        </w:rPr>
        <w:t>Texte pour les 80 ans de son papa</w:t>
      </w:r>
    </w:p>
    <w:p>
      <w:r>
        <w:rPr>
          <w:b/>
          <w:color w:val="E67E22"/>
          <w:sz w:val="21"/>
        </w:rPr>
        <w:t>43. Texte anniversaire 80 ans papa</w:t>
      </w:r>
    </w:p>
    <w:p>
      <w:pPr>
        <w:spacing w:after="280"/>
      </w:pPr>
      <w:r>
        <w:t>Papa,</w:t>
      </w:r>
      <w:r>
        <w:br/>
      </w:r>
      <w:r>
        <w:t>80 ans, et toujours cette façon de dire les choses en trois mots quand les autres en mettent trente.</w:t>
      </w:r>
      <w:r>
        <w:br/>
      </w:r>
      <w:r>
        <w:t>Merci pour l'exemple. Bon anniversaire.</w:t>
      </w:r>
    </w:p>
    <w:p>
      <w:r>
        <w:rPr>
          <w:b/>
          <w:color w:val="E67E22"/>
          <w:sz w:val="21"/>
        </w:rPr>
        <w:t>44. Texte anniversaire 80 ans de mon père</w:t>
      </w:r>
    </w:p>
    <w:p>
      <w:pPr>
        <w:spacing w:after="280"/>
      </w:pPr>
      <w:r>
        <w:t>Pour tes quatre-vingts ans, papa, je voulais te dire que je sais ce que ça t'a coûté de nous offrir ce que tu n'avais pas eu.</w:t>
      </w:r>
      <w:r>
        <w:br/>
      </w:r>
      <w:r>
        <w:t>Très bel anniversaire, et repose-toi aujourd'hui.</w:t>
      </w:r>
    </w:p>
    <w:p>
      <w:pPr>
        <w:pStyle w:val="Heading2"/>
      </w:pPr>
      <w:r>
        <w:rPr>
          <w:color w:val="E67E22"/>
        </w:rPr>
        <w:t>Texte pour les 80 ans de sa mamie ou de son papi</w:t>
      </w:r>
    </w:p>
    <w:p>
      <w:r>
        <w:rPr>
          <w:b/>
          <w:color w:val="E67E22"/>
          <w:sz w:val="21"/>
        </w:rPr>
        <w:t>45. Texte anniversaire mamie 80 ans</w:t>
      </w:r>
    </w:p>
    <w:p>
      <w:pPr>
        <w:spacing w:after="280"/>
      </w:pPr>
      <w:r>
        <w:t>Mamie,</w:t>
      </w:r>
      <w:r>
        <w:br/>
      </w:r>
      <w:r>
        <w:t>80 ans ! Chez toi il y a toujours eu une chaise en plus et une assiette qui attend.</w:t>
      </w:r>
      <w:r>
        <w:br/>
      </w:r>
      <w:r>
        <w:t>C'est ce que je raconterai à mes enfants. Joyeux anniversaire, je t'aime.</w:t>
      </w:r>
    </w:p>
    <w:p>
      <w:r>
        <w:rPr>
          <w:b/>
          <w:color w:val="E67E22"/>
          <w:sz w:val="21"/>
        </w:rPr>
        <w:t>46. Texte anniversaire 80 ans papi</w:t>
      </w:r>
    </w:p>
    <w:p>
      <w:pPr>
        <w:spacing w:after="280"/>
      </w:pPr>
      <w:r>
        <w:t>Papi,</w:t>
      </w:r>
      <w:r>
        <w:br/>
      </w:r>
      <w:r>
        <w:t>Quatre-vingts ans, et c'est encore toi qui m'apprends des choses.</w:t>
      </w:r>
      <w:r>
        <w:br/>
      </w:r>
      <w:r>
        <w:t>Merci pour les heures passées dans ton atelier à m'expliquer sans jamais t'énerver. Bon anniversaire !</w:t>
      </w:r>
    </w:p>
    <w:p>
      <w:pPr>
        <w:pStyle w:val="Heading2"/>
      </w:pPr>
      <w:r>
        <w:rPr>
          <w:color w:val="E67E22"/>
        </w:rPr>
        <w:t>Texte pour les 80 ans de sa sœur, son frère, sa tante ou son tonton</w:t>
      </w:r>
    </w:p>
    <w:p>
      <w:r>
        <w:rPr>
          <w:b/>
          <w:color w:val="E67E22"/>
          <w:sz w:val="21"/>
        </w:rPr>
        <w:t>47. Texte anniversaire sœur 80 ans</w:t>
      </w:r>
    </w:p>
    <w:p>
      <w:pPr>
        <w:spacing w:after="280"/>
      </w:pPr>
      <w:r>
        <w:t>Grande sœur,</w:t>
      </w:r>
      <w:r>
        <w:br/>
      </w:r>
      <w:r>
        <w:t>80 ans, et c'est encore toi qui veilles sur tout le monde.</w:t>
      </w:r>
      <w:r>
        <w:br/>
      </w:r>
      <w:r>
        <w:t>Laisse-nous t'offrir une journée où tu ne t'occupes de personne. Joyeux anniversaire.</w:t>
      </w:r>
    </w:p>
    <w:p>
      <w:r>
        <w:rPr>
          <w:b/>
          <w:color w:val="E67E22"/>
          <w:sz w:val="21"/>
        </w:rPr>
        <w:t>48. Lettre pour les 80 ans d'une tante</w:t>
      </w:r>
    </w:p>
    <w:p>
      <w:pPr>
        <w:spacing w:after="280"/>
      </w:pPr>
      <w:r>
        <w:t>Ma chère tata,</w:t>
      </w:r>
      <w:r>
        <w:br/>
      </w:r>
      <w:r>
        <w:t>Pour tes quatre-vingts ans, je te souhaite exactement ce que tu nous as toujours offert : de la bonne humeur et du monde à la maison.</w:t>
      </w:r>
      <w:r>
        <w:br/>
      </w:r>
      <w:r>
        <w:t>Bon anniversaire !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poème pour un anniversaire de 80 ans ?</w:t>
      </w:r>
    </w:p>
    <w:p>
      <w:r>
        <w:rPr>
          <w:b/>
          <w:color w:val="E67E22"/>
          <w:sz w:val="21"/>
        </w:rPr>
        <w:t>49. Poème anniversaire 80 ans</w:t>
      </w:r>
    </w:p>
    <w:p>
      <w:pPr>
        <w:spacing w:after="280"/>
      </w:pPr>
      <w:r>
        <w:t>Quatre-vingts hivers, autant de printemps,</w:t>
      </w:r>
      <w:r>
        <w:br/>
      </w:r>
      <w:r>
        <w:t>Des mains qui ont tout fait et qui tremblent un peu,</w:t>
      </w:r>
      <w:r>
        <w:br/>
      </w:r>
      <w:r>
        <w:t>Des rires accrochés au creux de ton temps,</w:t>
      </w:r>
      <w:r>
        <w:br/>
      </w:r>
      <w:r>
        <w:t>Et nous, autour de toi, qui en faisons le vœu :</w:t>
      </w:r>
      <w:r>
        <w:br/>
      </w:r>
      <w:r>
        <w:t>Que cette année encore te soit douce et longue,</w:t>
      </w:r>
      <w:r>
        <w:br/>
      </w:r>
      <w:r>
        <w:t>Et que ta table reste le centre de nos jours.</w:t>
      </w:r>
    </w:p>
    <w:p>
      <w:r>
        <w:rPr>
          <w:b/>
          <w:color w:val="E67E22"/>
          <w:sz w:val="21"/>
        </w:rPr>
        <w:t>50. Poème pour 80 ans femme</w:t>
      </w:r>
    </w:p>
    <w:p>
      <w:pPr>
        <w:spacing w:after="280"/>
      </w:pPr>
      <w:r>
        <w:t>On ne compte pas vraiment les années d'une vie,</w:t>
      </w:r>
      <w:r>
        <w:br/>
      </w:r>
      <w:r>
        <w:t>On compte les visages qu'elle a su réunir.</w:t>
      </w:r>
      <w:r>
        <w:br/>
      </w:r>
      <w:r>
        <w:t>À ce compte-là, tu es riche, [Prénom],</w:t>
      </w:r>
      <w:r>
        <w:br/>
      </w:r>
      <w:r>
        <w:t>Et nous sommes la preuve que tu as bien vécu.</w:t>
      </w:r>
    </w:p>
    <w:p>
      <w:r>
        <w:rPr>
          <w:b/>
          <w:color w:val="E67E22"/>
          <w:sz w:val="21"/>
        </w:rPr>
        <w:t>51. Poème 80 ans anniversaire</w:t>
      </w:r>
    </w:p>
    <w:p>
      <w:pPr>
        <w:spacing w:after="280"/>
      </w:pPr>
      <w:r>
        <w:t>Il y a dans tes yeux quatre-vingts ans d'histoires,</w:t>
      </w:r>
      <w:r>
        <w:br/>
      </w:r>
      <w:r>
        <w:t>Des deuils qu'on devine et des joies qu'on connaît.</w:t>
      </w:r>
      <w:r>
        <w:br/>
      </w:r>
      <w:r>
        <w:t>Souffle tes bougies sans regarder derrière :</w:t>
      </w:r>
      <w:r>
        <w:br/>
      </w:r>
      <w:r>
        <w:t>Ce qui vient encore vaut la peine d'être fêté.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Quelle citation ou quelle formule pour 80 ans ?</w:t>
      </w:r>
    </w:p>
    <w:p>
      <w:r>
        <w:rPr>
          <w:b/>
          <w:color w:val="E67E22"/>
          <w:sz w:val="21"/>
        </w:rPr>
        <w:t>52. Citation 80 ans femme</w:t>
      </w:r>
    </w:p>
    <w:p>
      <w:pPr>
        <w:spacing w:after="280"/>
      </w:pPr>
      <w:r>
        <w:t>« On ne vieillit pas, on prend de la valeur. »</w:t>
      </w:r>
      <w:r>
        <w:br/>
      </w:r>
      <w:r>
        <w:t>Et à 80 ans, [Prénom], tu es devenue inestimable.</w:t>
      </w:r>
      <w:r>
        <w:br/>
      </w:r>
      <w:r>
        <w:t>Joyeux anniversaire.</w:t>
      </w:r>
    </w:p>
    <w:p>
      <w:r>
        <w:rPr>
          <w:b/>
          <w:color w:val="E67E22"/>
          <w:sz w:val="21"/>
        </w:rPr>
        <w:t>53. Citation anniversaire 80 ans homme</w:t>
      </w:r>
    </w:p>
    <w:p>
      <w:pPr>
        <w:spacing w:after="280"/>
      </w:pPr>
      <w:r>
        <w:t>« Avoir 80 ans, c'est avoir eu raison de continuer. »</w:t>
      </w:r>
      <w:r>
        <w:br/>
      </w:r>
      <w:r>
        <w:t>Tu as eu raison, [Prénom]. Bon anniversaire.</w:t>
      </w:r>
    </w:p>
    <w:p>
      <w:r>
        <w:br w:type="page"/>
      </w:r>
    </w:p>
    <w:p>
      <w:pPr>
        <w:pStyle w:val="Heading1"/>
      </w:pPr>
      <w:r>
        <w:rPr>
          <w:color w:val="0D2137"/>
        </w:rPr>
        <w:t>Quoi écrire sur une carte d'anniversaire pour 80 ans ?</w:t>
      </w:r>
    </w:p>
    <w:p>
      <w:r>
        <w:rPr>
          <w:b/>
          <w:color w:val="E67E22"/>
          <w:sz w:val="21"/>
        </w:rPr>
        <w:t>54. Texte carte anniversaire 80 ans</w:t>
      </w:r>
    </w:p>
    <w:p>
      <w:pPr>
        <w:spacing w:after="280"/>
      </w:pPr>
      <w:r>
        <w:t>Joyeux 80e anniversaire, [Prénom] !</w:t>
      </w:r>
      <w:r>
        <w:br/>
      </w:r>
      <w:r>
        <w:t>Merci pour [détail].</w:t>
      </w:r>
      <w:r>
        <w:br/>
      </w:r>
      <w:r>
        <w:t>Que cette année t'apporte santé et douceur.</w:t>
      </w:r>
      <w:r>
        <w:br/>
      </w:r>
      <w:r>
        <w:t>Avec toute notre affection,</w:t>
      </w:r>
      <w:r>
        <w:br/>
      </w:r>
      <w:r>
        <w:t>[Signatures]</w:t>
      </w:r>
    </w:p>
    <w:p>
      <w:r>
        <w:rPr>
          <w:b/>
          <w:color w:val="E67E22"/>
          <w:sz w:val="21"/>
        </w:rPr>
        <w:t>55. Texte carte anniversaire 80 ans femme</w:t>
      </w:r>
    </w:p>
    <w:p>
      <w:pPr>
        <w:spacing w:after="280"/>
      </w:pPr>
      <w:r>
        <w:t>80 ans, et toujours la première à prendre des nouvelles de tout le monde.</w:t>
      </w:r>
      <w:r>
        <w:br/>
      </w:r>
      <w:r>
        <w:t>Bon anniversaire, [Prénom]. On pense à toi aujourd'hui.</w:t>
      </w:r>
    </w:p>
    <w:p>
      <w:r>
        <w:rPr>
          <w:b/>
          <w:color w:val="E67E22"/>
          <w:sz w:val="21"/>
        </w:rPr>
        <w:t>56. Texte carte anniversaire 80 ans homme</w:t>
      </w:r>
    </w:p>
    <w:p>
      <w:pPr>
        <w:spacing w:after="280"/>
      </w:pPr>
      <w:r>
        <w:t>Pour tes quatre-vingts ans, un mot simple : merci d'être là.</w:t>
      </w:r>
      <w:r>
        <w:br/>
      </w:r>
      <w:r>
        <w:t>Très bel anniversaire.</w:t>
      </w:r>
      <w:r>
        <w:br/>
      </w:r>
      <w:r>
        <w:t>[Signature]</w:t>
      </w:r>
    </w:p>
    <w:p>
      <w:r>
        <w:rPr>
          <w:b/>
          <w:color w:val="E67E22"/>
          <w:sz w:val="21"/>
        </w:rPr>
        <w:t>57. Texte de carte pour 80 ans à imprimer</w:t>
      </w:r>
    </w:p>
    <w:p>
      <w:pPr>
        <w:spacing w:after="280"/>
      </w:pPr>
      <w:r>
        <w:t>Toute la famille te souhaite un très joyeux anniversaire pour tes 80 ans.</w:t>
      </w:r>
      <w:r>
        <w:br/>
      </w:r>
      <w:r>
        <w:t>On t'embrasse et on te garde une place à table.</w:t>
      </w:r>
    </w:p>
    <w:p>
      <w:r>
        <w:br w:type="page"/>
      </w:r>
    </w:p>
    <w:p>
      <w:pPr>
        <w:pStyle w:val="Heading1"/>
      </w:pPr>
      <w:r>
        <w:rPr>
          <w:color w:val="0D2137"/>
        </w:rPr>
        <w:t>Comment faire un discours pour un anniversaire de 80 ans ?</w:t>
      </w:r>
    </w:p>
    <w:p>
      <w:pPr>
        <w:pStyle w:val="Heading2"/>
      </w:pPr>
      <w:r>
        <w:rPr>
          <w:color w:val="E67E22"/>
        </w:rPr>
        <w:t>Discours de 80 ans court, par un enfant ou un petit-enfant</w:t>
      </w:r>
    </w:p>
    <w:p>
      <w:r>
        <w:rPr>
          <w:b/>
          <w:color w:val="E67E22"/>
          <w:sz w:val="21"/>
        </w:rPr>
        <w:t>58. Discours anniversaire 80 ans</w:t>
      </w:r>
    </w:p>
    <w:p>
      <w:pPr>
        <w:spacing w:after="280"/>
      </w:pPr>
      <w:r>
        <w:t>Bonsoir à tous, et merci d'être venus si nombreux.</w:t>
      </w:r>
      <w:r>
        <w:br/>
      </w:r>
      <w:r>
        <w:t>Pour ceux qui ne me connaissent pas, je suis [Prénom], [lien de parenté] de [Prénom du fêté].</w:t>
      </w:r>
      <w:r>
        <w:br/>
      </w:r>
      <w:r>
        <w:t>Quatre-vingts ans, ça se résume mal. Alors je vais prendre un seul souvenir : [anecdote précise en deux phrases].</w:t>
      </w:r>
      <w:r>
        <w:br/>
      </w:r>
      <w:r>
        <w:t>Ce jour-là j'ai compris quelque chose que je n'ai jamais oublié : [ce que la personne t'a appris].</w:t>
      </w:r>
      <w:r>
        <w:br/>
      </w:r>
      <w:r>
        <w:t>[Prénom], tu as donné beaucoup, souvent sans le dire, et tu as rarement demandé quelque chose en retour.</w:t>
      </w:r>
      <w:r>
        <w:br/>
      </w:r>
      <w:r>
        <w:t>Alors ce soir, on te le rend un peu.</w:t>
      </w:r>
      <w:r>
        <w:br/>
      </w:r>
      <w:r>
        <w:t>Je vous propose de lever votre verre : à [Prénom], à ses 80 ans, et à toutes les années qui viennent !</w:t>
      </w:r>
    </w:p>
    <w:p>
      <w:pPr>
        <w:pStyle w:val="Heading2"/>
      </w:pPr>
      <w:r>
        <w:rPr>
          <w:color w:val="E67E22"/>
        </w:rPr>
        <w:t>Discours de 80 ans original, pour un ami ou un conjoint</w:t>
      </w:r>
    </w:p>
    <w:p>
      <w:r>
        <w:rPr>
          <w:b/>
          <w:color w:val="E67E22"/>
          <w:sz w:val="21"/>
        </w:rPr>
        <w:t>59. Discours pour anniversaire 80 ans original</w:t>
      </w:r>
    </w:p>
    <w:p>
      <w:pPr>
        <w:spacing w:after="280"/>
      </w:pPr>
      <w:r>
        <w:t>Mes amis, un mot seulement, parce que [Prénom] n'aime pas les longs discours — et il a raison.</w:t>
      </w:r>
      <w:r>
        <w:br/>
      </w:r>
      <w:r>
        <w:t>Je connais [Prénom] depuis [nombre] ans. En [nombre] ans, je l'ai vu [qualité illustrée par un fait concret].</w:t>
      </w:r>
      <w:r>
        <w:br/>
      </w:r>
      <w:r>
        <w:t>Beaucoup de gens disent qu'ils aideront ; lui, il arrive avec ses outils.</w:t>
      </w:r>
      <w:r>
        <w:br/>
      </w:r>
      <w:r>
        <w:t>Quatre-vingts ans, c'est l'âge où l'on a enfin le droit de se laisser servir. On va donc en profiter pour le faire asseoir et lui remplir son verre.</w:t>
      </w:r>
      <w:r>
        <w:br/>
      </w:r>
      <w:r>
        <w:t>À [Prénom], à ses 80 ans, et à sa santé !</w:t>
      </w:r>
    </w:p>
    <w:p>
      <w:r>
        <w:br w:type="page"/>
      </w:r>
    </w:p>
    <w:p>
      <w:pPr>
        <w:pStyle w:val="Heading1"/>
      </w:pPr>
      <w:r>
        <w:rPr>
          <w:color w:val="0D2137"/>
        </w:rPr>
        <w:t>Quel texte de remerciement quand on fête soi-même ses 80 ans ?</w:t>
      </w:r>
    </w:p>
    <w:p>
      <w:r>
        <w:rPr>
          <w:b/>
          <w:color w:val="E67E22"/>
          <w:sz w:val="21"/>
        </w:rPr>
        <w:t>60. Texte de remerciement pour ses 80 ans</w:t>
      </w:r>
    </w:p>
    <w:p>
      <w:pPr>
        <w:spacing w:after="280"/>
      </w:pPr>
      <w:r>
        <w:t>Je ne pensais pas voir autant de monde aujourd'hui, et je ne sais pas très bien quoi dire.</w:t>
      </w:r>
      <w:r>
        <w:br/>
      </w:r>
      <w:r>
        <w:t>Merci d'être venus, certains de loin. Merci à [Prénoms] qui ont tout organisé sans rien me dire.</w:t>
      </w:r>
      <w:r>
        <w:br/>
      </w:r>
      <w:r>
        <w:t>À mon âge, on mesure ce que vaut une salle remplie de gens qu'on aime. Merci à vous.</w:t>
      </w:r>
    </w:p>
    <w:p>
      <w:r>
        <w:rPr>
          <w:b/>
          <w:color w:val="E67E22"/>
          <w:sz w:val="21"/>
        </w:rPr>
        <w:t>61. Texte pour discours lors de mon anniversaire 80 ans</w:t>
      </w:r>
    </w:p>
    <w:p>
      <w:pPr>
        <w:spacing w:after="280"/>
      </w:pPr>
      <w:r>
        <w:t>Un grand merci à chacun d'entre vous pour mes quatre-vingts ans.</w:t>
      </w:r>
      <w:r>
        <w:br/>
      </w:r>
      <w:r>
        <w:t>Vos mots, vos cadeaux et votre présence m'ont beaucoup touché.</w:t>
      </w:r>
      <w:r>
        <w:br/>
      </w:r>
      <w:r>
        <w:t>J'ai relu toutes les cartes, une par une. Merci du fond du cœur.</w:t>
      </w:r>
    </w:p>
    <w:p>
      <w:r>
        <w:rPr>
          <w:b/>
          <w:color w:val="E67E22"/>
          <w:sz w:val="21"/>
        </w:rPr>
        <w:t>62. Mot de remerciement après un anniversaire de 80 ans</w:t>
      </w:r>
    </w:p>
    <w:p>
      <w:pPr>
        <w:spacing w:after="280"/>
      </w:pPr>
      <w:r>
        <w:t>Merci pour cette journée que je n'oublierai pas.</w:t>
      </w:r>
      <w:r>
        <w:br/>
      </w:r>
      <w:r>
        <w:t>À 80 ans, on ne souhaite plus grand-chose pour soi : juste revoir les mêmes visages l'année prochaine.</w:t>
      </w:r>
      <w:r>
        <w:br/>
      </w:r>
      <w:r>
        <w:t>Alors rendez-vous l'an prochain, à la même table.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